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5B34" w:rsidRDefault="00925B34" w:rsidP="00925B34">
      <w:pPr>
        <w:tabs>
          <w:tab w:val="left" w:pos="720"/>
        </w:tabs>
        <w:spacing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SPITAL DR. C. T. SPÂRCHEZ ZĂRNEȘTI</w:t>
      </w:r>
    </w:p>
    <w:p w:rsidR="00925B34" w:rsidRDefault="00925B34" w:rsidP="00925B34">
      <w:pPr>
        <w:spacing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SERVICIUL ADMINISTRATIV ACHIZITII</w:t>
      </w:r>
    </w:p>
    <w:p w:rsidR="00925B34" w:rsidRDefault="00925B34" w:rsidP="00925B34">
      <w:pPr>
        <w:spacing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Vizat:</w:t>
      </w:r>
    </w:p>
    <w:p w:rsidR="00925B34" w:rsidRDefault="00925B34" w:rsidP="00925B34">
      <w:pPr>
        <w:spacing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Manager </w:t>
      </w:r>
    </w:p>
    <w:p w:rsidR="00925B34" w:rsidRDefault="00925B34" w:rsidP="00925B34">
      <w:pPr>
        <w:spacing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DR. </w:t>
      </w:r>
    </w:p>
    <w:p w:rsidR="00925B34" w:rsidRDefault="00925B34" w:rsidP="00925B34">
      <w:pPr>
        <w:spacing w:line="240" w:lineRule="auto"/>
        <w:jc w:val="both"/>
        <w:rPr>
          <w:rFonts w:ascii="Times New Roman" w:hAnsi="Times New Roman" w:cs="Times New Roman"/>
          <w:b/>
          <w:sz w:val="24"/>
          <w:szCs w:val="24"/>
          <w:lang w:val="ro-RO"/>
        </w:rPr>
      </w:pPr>
    </w:p>
    <w:p w:rsidR="00925B34" w:rsidRDefault="00925B34" w:rsidP="00925B34">
      <w:pPr>
        <w:spacing w:line="240" w:lineRule="auto"/>
        <w:jc w:val="center"/>
        <w:rPr>
          <w:rFonts w:ascii="Times New Roman" w:hAnsi="Times New Roman" w:cs="Times New Roman"/>
          <w:b/>
          <w:sz w:val="24"/>
          <w:szCs w:val="24"/>
          <w:lang w:val="ro-RO"/>
        </w:rPr>
      </w:pPr>
    </w:p>
    <w:p w:rsidR="00925B34" w:rsidRDefault="00925B34" w:rsidP="00925B34">
      <w:pPr>
        <w:spacing w:line="240" w:lineRule="auto"/>
        <w:jc w:val="center"/>
        <w:rPr>
          <w:rFonts w:ascii="Times New Roman" w:hAnsi="Times New Roman" w:cs="Times New Roman"/>
          <w:b/>
          <w:sz w:val="24"/>
          <w:szCs w:val="24"/>
          <w:lang w:val="ro-RO"/>
        </w:rPr>
      </w:pPr>
    </w:p>
    <w:p w:rsidR="00925B34" w:rsidRDefault="00925B34" w:rsidP="00925B34">
      <w:pPr>
        <w:spacing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FIŞA POSTULUI</w:t>
      </w:r>
    </w:p>
    <w:p w:rsidR="00925B34" w:rsidRDefault="00925B34" w:rsidP="00925B34">
      <w:pPr>
        <w:spacing w:line="240" w:lineRule="auto"/>
        <w:jc w:val="both"/>
        <w:rPr>
          <w:rFonts w:ascii="Times New Roman" w:hAnsi="Times New Roman" w:cs="Times New Roman"/>
          <w:b/>
          <w:sz w:val="24"/>
          <w:szCs w:val="24"/>
          <w:lang w:val="ro-RO"/>
        </w:rPr>
      </w:pPr>
    </w:p>
    <w:p w:rsidR="00925B34" w:rsidRDefault="00925B34" w:rsidP="00925B34">
      <w:pPr>
        <w:spacing w:line="240" w:lineRule="auto"/>
        <w:jc w:val="center"/>
        <w:rPr>
          <w:rFonts w:ascii="Times New Roman" w:hAnsi="Times New Roman" w:cs="Times New Roman"/>
          <w:b/>
          <w:sz w:val="24"/>
          <w:szCs w:val="24"/>
          <w:lang w:val="ro-RO"/>
        </w:rPr>
      </w:pPr>
    </w:p>
    <w:p w:rsidR="00925B34" w:rsidRDefault="00925B34" w:rsidP="00925B34">
      <w:pPr>
        <w:spacing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p>
    <w:p w:rsidR="00925B34" w:rsidRDefault="00925B34" w:rsidP="00925B34">
      <w:pPr>
        <w:tabs>
          <w:tab w:val="left" w:pos="-938"/>
        </w:tabs>
        <w:spacing w:line="240" w:lineRule="auto"/>
        <w:jc w:val="both"/>
        <w:rPr>
          <w:rFonts w:ascii="Times New Roman" w:hAnsi="Times New Roman" w:cs="Times New Roman"/>
          <w:sz w:val="24"/>
          <w:szCs w:val="24"/>
          <w:lang w:val="ro-RO"/>
        </w:rPr>
      </w:pPr>
      <w:r>
        <w:rPr>
          <w:rFonts w:ascii="Times New Roman" w:hAnsi="Times New Roman" w:cs="Times New Roman"/>
          <w:b/>
          <w:sz w:val="24"/>
          <w:szCs w:val="24"/>
          <w:lang w:val="ro-RO"/>
        </w:rPr>
        <w:t>DENUMIREA POSTULUI: ELECTRICIAN DE INTRETINERE SI REPARATII</w:t>
      </w:r>
    </w:p>
    <w:p w:rsidR="00075328" w:rsidRPr="00925B34" w:rsidRDefault="00075328">
      <w:pPr>
        <w:spacing w:after="120"/>
        <w:rPr>
          <w:rFonts w:ascii="Times New Roman" w:hAnsi="Times New Roman" w:cs="Times New Roman"/>
        </w:rPr>
      </w:pPr>
    </w:p>
    <w:p w:rsidR="00075328" w:rsidRPr="00925B34" w:rsidRDefault="005E5AD0">
      <w:pPr>
        <w:spacing w:before="240" w:after="120"/>
        <w:rPr>
          <w:rFonts w:ascii="Times New Roman" w:hAnsi="Times New Roman" w:cs="Times New Roman"/>
        </w:rPr>
      </w:pPr>
      <w:r w:rsidRPr="00925B34">
        <w:rPr>
          <w:rFonts w:ascii="Times New Roman" w:hAnsi="Times New Roman" w:cs="Times New Roman"/>
          <w:b/>
        </w:rPr>
        <w:t>I. RELAȚII IERARHICE ȘI ORGANIZATORICE</w:t>
      </w:r>
    </w:p>
    <w:p w:rsidR="00075328" w:rsidRPr="00925B34" w:rsidRDefault="005E5AD0">
      <w:pPr>
        <w:pStyle w:val="Listcumarcatori"/>
        <w:rPr>
          <w:rFonts w:ascii="Times New Roman" w:hAnsi="Times New Roman" w:cs="Times New Roman"/>
        </w:rPr>
      </w:pPr>
      <w:r w:rsidRPr="00925B34">
        <w:rPr>
          <w:rFonts w:ascii="Times New Roman" w:hAnsi="Times New Roman" w:cs="Times New Roman"/>
          <w:b/>
        </w:rPr>
        <w:t xml:space="preserve">Se </w:t>
      </w:r>
      <w:proofErr w:type="spellStart"/>
      <w:r w:rsidRPr="00925B34">
        <w:rPr>
          <w:rFonts w:ascii="Times New Roman" w:hAnsi="Times New Roman" w:cs="Times New Roman"/>
          <w:b/>
        </w:rPr>
        <w:t>subordonează</w:t>
      </w:r>
      <w:proofErr w:type="spellEnd"/>
      <w:r w:rsidRPr="00925B34">
        <w:rPr>
          <w:rFonts w:ascii="Times New Roman" w:hAnsi="Times New Roman" w:cs="Times New Roman"/>
          <w:b/>
        </w:rPr>
        <w:t xml:space="preserve">: </w:t>
      </w:r>
      <w:r w:rsidRPr="00925B34">
        <w:rPr>
          <w:rFonts w:ascii="Times New Roman" w:hAnsi="Times New Roman" w:cs="Times New Roman"/>
        </w:rPr>
        <w:t xml:space="preserve">/ </w:t>
      </w:r>
      <w:proofErr w:type="spellStart"/>
      <w:r w:rsidRPr="00925B34">
        <w:rPr>
          <w:rFonts w:ascii="Times New Roman" w:hAnsi="Times New Roman" w:cs="Times New Roman"/>
        </w:rPr>
        <w:t>Șefului</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serviciu</w:t>
      </w:r>
      <w:proofErr w:type="spellEnd"/>
      <w:r w:rsidRPr="00925B34">
        <w:rPr>
          <w:rFonts w:ascii="Times New Roman" w:hAnsi="Times New Roman" w:cs="Times New Roman"/>
        </w:rPr>
        <w:t xml:space="preserve"> </w:t>
      </w:r>
      <w:proofErr w:type="spellStart"/>
      <w:r w:rsidR="00470DC0" w:rsidRPr="00925B34">
        <w:rPr>
          <w:rFonts w:ascii="Times New Roman" w:hAnsi="Times New Roman" w:cs="Times New Roman"/>
        </w:rPr>
        <w:t>Administrativ-achizitii</w:t>
      </w:r>
      <w:proofErr w:type="spellEnd"/>
      <w:r w:rsidR="00470DC0" w:rsidRPr="00925B34">
        <w:rPr>
          <w:rFonts w:ascii="Times New Roman" w:hAnsi="Times New Roman" w:cs="Times New Roman"/>
        </w:rPr>
        <w:t xml:space="preserve"> –</w:t>
      </w:r>
      <w:proofErr w:type="spellStart"/>
      <w:r w:rsidR="00470DC0" w:rsidRPr="00925B34">
        <w:rPr>
          <w:rFonts w:ascii="Times New Roman" w:hAnsi="Times New Roman" w:cs="Times New Roman"/>
        </w:rPr>
        <w:t>Inginerului</w:t>
      </w:r>
      <w:proofErr w:type="spellEnd"/>
      <w:r w:rsidR="00470DC0" w:rsidRPr="00925B34">
        <w:rPr>
          <w:rFonts w:ascii="Times New Roman" w:hAnsi="Times New Roman" w:cs="Times New Roman"/>
        </w:rPr>
        <w:t xml:space="preserve"> de </w:t>
      </w:r>
      <w:proofErr w:type="spellStart"/>
      <w:r w:rsidR="00470DC0" w:rsidRPr="00925B34">
        <w:rPr>
          <w:rFonts w:ascii="Times New Roman" w:hAnsi="Times New Roman" w:cs="Times New Roman"/>
        </w:rPr>
        <w:t>aparatura</w:t>
      </w:r>
      <w:proofErr w:type="spellEnd"/>
      <w:r w:rsidR="00470DC0" w:rsidRPr="00925B34">
        <w:rPr>
          <w:rFonts w:ascii="Times New Roman" w:hAnsi="Times New Roman" w:cs="Times New Roman"/>
        </w:rPr>
        <w:t xml:space="preserve"> </w:t>
      </w:r>
      <w:proofErr w:type="spellStart"/>
      <w:r w:rsidR="00470DC0" w:rsidRPr="00925B34">
        <w:rPr>
          <w:rFonts w:ascii="Times New Roman" w:hAnsi="Times New Roman" w:cs="Times New Roman"/>
        </w:rPr>
        <w:t>si</w:t>
      </w:r>
      <w:proofErr w:type="spellEnd"/>
      <w:r w:rsidR="00470DC0" w:rsidRPr="00925B34">
        <w:rPr>
          <w:rFonts w:ascii="Times New Roman" w:hAnsi="Times New Roman" w:cs="Times New Roman"/>
        </w:rPr>
        <w:t xml:space="preserve"> </w:t>
      </w:r>
      <w:proofErr w:type="spellStart"/>
      <w:r w:rsidR="00470DC0" w:rsidRPr="00925B34">
        <w:rPr>
          <w:rFonts w:ascii="Times New Roman" w:hAnsi="Times New Roman" w:cs="Times New Roman"/>
        </w:rPr>
        <w:t>dispozitie</w:t>
      </w:r>
      <w:proofErr w:type="spellEnd"/>
      <w:r w:rsidR="00470DC0" w:rsidRPr="00925B34">
        <w:rPr>
          <w:rFonts w:ascii="Times New Roman" w:hAnsi="Times New Roman" w:cs="Times New Roman"/>
        </w:rPr>
        <w:t xml:space="preserve"> </w:t>
      </w:r>
      <w:proofErr w:type="spellStart"/>
      <w:r w:rsidR="00470DC0" w:rsidRPr="00925B34">
        <w:rPr>
          <w:rFonts w:ascii="Times New Roman" w:hAnsi="Times New Roman" w:cs="Times New Roman"/>
        </w:rPr>
        <w:t>medicale</w:t>
      </w:r>
      <w:proofErr w:type="spellEnd"/>
      <w:r w:rsidRPr="00925B34">
        <w:rPr>
          <w:rFonts w:ascii="Times New Roman" w:hAnsi="Times New Roman" w:cs="Times New Roman"/>
        </w:rPr>
        <w:t xml:space="preserve"> </w:t>
      </w:r>
    </w:p>
    <w:p w:rsidR="00075328" w:rsidRPr="00925B34" w:rsidRDefault="005E5AD0">
      <w:pPr>
        <w:pStyle w:val="Listcumarcatori"/>
        <w:rPr>
          <w:rFonts w:ascii="Times New Roman" w:hAnsi="Times New Roman" w:cs="Times New Roman"/>
        </w:rPr>
      </w:pPr>
      <w:r w:rsidRPr="00925B34">
        <w:rPr>
          <w:rFonts w:ascii="Times New Roman" w:hAnsi="Times New Roman" w:cs="Times New Roman"/>
          <w:b/>
        </w:rPr>
        <w:t xml:space="preserve">Colaborează cu: </w:t>
      </w:r>
      <w:r w:rsidRPr="00925B34">
        <w:rPr>
          <w:rFonts w:ascii="Times New Roman" w:hAnsi="Times New Roman" w:cs="Times New Roman"/>
        </w:rPr>
        <w:t xml:space="preserve">Personalul medical și auxiliar din secțiile spitalului, personalul din subsolul tehnic, echipele de intervenție externă și firmele de mentenanță autorizate </w:t>
      </w:r>
    </w:p>
    <w:p w:rsidR="00075328" w:rsidRPr="00925B34" w:rsidRDefault="005E5AD0">
      <w:pPr>
        <w:pStyle w:val="Listcumarcatori"/>
        <w:rPr>
          <w:rFonts w:ascii="Times New Roman" w:hAnsi="Times New Roman" w:cs="Times New Roman"/>
        </w:rPr>
      </w:pPr>
      <w:r w:rsidRPr="00925B34">
        <w:rPr>
          <w:rFonts w:ascii="Times New Roman" w:hAnsi="Times New Roman" w:cs="Times New Roman"/>
          <w:b/>
        </w:rPr>
        <w:t xml:space="preserve">Reprezintă instituția: </w:t>
      </w:r>
      <w:r w:rsidRPr="00925B34">
        <w:rPr>
          <w:rFonts w:ascii="Times New Roman" w:hAnsi="Times New Roman" w:cs="Times New Roman"/>
        </w:rPr>
        <w:t>În limitele competențelor acordate de șeful ierarhic superior în raport cu problemele de exploatare curentă.</w:t>
      </w:r>
    </w:p>
    <w:p w:rsidR="00075328" w:rsidRPr="00925B34" w:rsidRDefault="005E5AD0">
      <w:pPr>
        <w:spacing w:before="240" w:after="120"/>
        <w:rPr>
          <w:rFonts w:ascii="Times New Roman" w:hAnsi="Times New Roman" w:cs="Times New Roman"/>
        </w:rPr>
      </w:pPr>
      <w:r w:rsidRPr="00925B34">
        <w:rPr>
          <w:rFonts w:ascii="Times New Roman" w:hAnsi="Times New Roman" w:cs="Times New Roman"/>
          <w:b/>
        </w:rPr>
        <w:t>II. SCOPUL PRINCIPAL AL POSTULUI</w:t>
      </w:r>
    </w:p>
    <w:p w:rsidR="00075328" w:rsidRPr="00925B34" w:rsidRDefault="005E5AD0">
      <w:pPr>
        <w:rPr>
          <w:rFonts w:ascii="Times New Roman" w:hAnsi="Times New Roman" w:cs="Times New Roman"/>
        </w:rPr>
      </w:pPr>
      <w:r w:rsidRPr="00925B34">
        <w:rPr>
          <w:rFonts w:ascii="Times New Roman" w:hAnsi="Times New Roman" w:cs="Times New Roman"/>
        </w:rPr>
        <w:t>Asigurarea funcționării continue, în condiții de maximă siguranță, a tuturor instalațiilor electrice (forță, iluminat, curenți slabi) și a echipamentelor nemedicale, concomitent cu supravegherea tehnică primară, exploatarea autorizată și monitorizarea stațiilor de fluide medicale (oxigen, aer, vacuum) și a sistemelor de ventilare/climatizare, pentru a proteja viața pacienților și a asigura desfășurarea optimă a actului medical.</w:t>
      </w:r>
    </w:p>
    <w:p w:rsidR="00075328" w:rsidRPr="00925B34" w:rsidRDefault="005E5AD0">
      <w:pPr>
        <w:spacing w:before="240" w:after="120"/>
        <w:rPr>
          <w:rFonts w:ascii="Times New Roman" w:hAnsi="Times New Roman" w:cs="Times New Roman"/>
        </w:rPr>
      </w:pPr>
      <w:r w:rsidRPr="00925B34">
        <w:rPr>
          <w:rFonts w:ascii="Times New Roman" w:hAnsi="Times New Roman" w:cs="Times New Roman"/>
          <w:b/>
        </w:rPr>
        <w:t>III. CERINȚE  DE STUDII ȘI AUTORIZARE</w:t>
      </w:r>
    </w:p>
    <w:p w:rsidR="009331B0" w:rsidRDefault="009331B0" w:rsidP="009331B0">
      <w:pPr>
        <w:pStyle w:val="Listcumarcatori"/>
        <w:rPr>
          <w:rFonts w:ascii="Times New Roman" w:hAnsi="Times New Roman"/>
          <w:color w:val="000000"/>
        </w:rPr>
      </w:pPr>
      <w:r>
        <w:rPr>
          <w:lang w:val="pt-BR"/>
        </w:rPr>
        <w:t xml:space="preserve"> studii</w:t>
      </w:r>
      <w:r>
        <w:rPr>
          <w:lang w:val="ro-RO"/>
        </w:rPr>
        <w:t>: medii/ profesionale de profil electrotehnic si certificat de calificare</w:t>
      </w:r>
      <w:r>
        <w:rPr>
          <w:color w:val="000000"/>
          <w:lang w:val="ro-RO"/>
        </w:rPr>
        <w:t xml:space="preserve">      </w:t>
      </w:r>
    </w:p>
    <w:p w:rsidR="009331B0" w:rsidRDefault="009331B0" w:rsidP="009331B0">
      <w:pPr>
        <w:pStyle w:val="Listcumarcatori"/>
        <w:numPr>
          <w:ilvl w:val="0"/>
          <w:numId w:val="0"/>
        </w:numPr>
        <w:ind w:left="360"/>
      </w:pPr>
      <w:r>
        <w:t xml:space="preserve">  </w:t>
      </w:r>
      <w:proofErr w:type="spellStart"/>
      <w:r>
        <w:t>Atestate</w:t>
      </w:r>
      <w:proofErr w:type="spellEnd"/>
      <w:r>
        <w:t xml:space="preserve"> </w:t>
      </w:r>
      <w:proofErr w:type="spellStart"/>
      <w:r>
        <w:t>speciale</w:t>
      </w:r>
      <w:proofErr w:type="spellEnd"/>
      <w:r>
        <w:t xml:space="preserve">: </w:t>
      </w:r>
    </w:p>
    <w:p w:rsidR="009331B0" w:rsidRDefault="009331B0" w:rsidP="009331B0">
      <w:pPr>
        <w:pStyle w:val="Listcumarcatori"/>
      </w:pPr>
      <w:proofErr w:type="spellStart"/>
      <w:r>
        <w:t>constituie</w:t>
      </w:r>
      <w:proofErr w:type="spellEnd"/>
      <w:r>
        <w:t xml:space="preserve"> </w:t>
      </w:r>
      <w:proofErr w:type="spellStart"/>
      <w:r>
        <w:t>avantaj</w:t>
      </w:r>
      <w:proofErr w:type="spellEnd"/>
      <w:r>
        <w:t xml:space="preserve">  </w:t>
      </w:r>
      <w:proofErr w:type="spellStart"/>
      <w:r>
        <w:t>deținerea</w:t>
      </w:r>
      <w:proofErr w:type="spellEnd"/>
      <w:r>
        <w:t xml:space="preserve"> </w:t>
      </w:r>
      <w:proofErr w:type="spellStart"/>
      <w:r>
        <w:t>autorizație</w:t>
      </w:r>
      <w:proofErr w:type="spellEnd"/>
      <w:r>
        <w:t xml:space="preserve"> ANRE </w:t>
      </w:r>
      <w:proofErr w:type="spellStart"/>
      <w:r>
        <w:t>valabilă</w:t>
      </w:r>
      <w:proofErr w:type="spellEnd"/>
      <w:r>
        <w:t xml:space="preserve"> (grad </w:t>
      </w:r>
      <w:proofErr w:type="spellStart"/>
      <w:r>
        <w:t>stabilit</w:t>
      </w:r>
      <w:proofErr w:type="spellEnd"/>
      <w:r>
        <w:t xml:space="preserve"> conform </w:t>
      </w:r>
      <w:proofErr w:type="spellStart"/>
      <w:r>
        <w:t>necesităților</w:t>
      </w:r>
      <w:proofErr w:type="spellEnd"/>
      <w:r>
        <w:t xml:space="preserve"> </w:t>
      </w:r>
      <w:proofErr w:type="spellStart"/>
      <w:r>
        <w:t>rețelei</w:t>
      </w:r>
      <w:proofErr w:type="spellEnd"/>
      <w:r>
        <w:t xml:space="preserve"> </w:t>
      </w:r>
      <w:proofErr w:type="spellStart"/>
      <w:r>
        <w:t>electrice</w:t>
      </w:r>
      <w:proofErr w:type="spellEnd"/>
      <w:r>
        <w:t xml:space="preserve"> a </w:t>
      </w:r>
      <w:proofErr w:type="spellStart"/>
      <w:r>
        <w:t>spitalului</w:t>
      </w:r>
      <w:proofErr w:type="spellEnd"/>
      <w:r>
        <w:t>);</w:t>
      </w:r>
    </w:p>
    <w:p w:rsidR="009331B0" w:rsidRDefault="009331B0" w:rsidP="009331B0">
      <w:pPr>
        <w:pStyle w:val="Listcumarcatori"/>
        <w:rPr>
          <w:rStyle w:val="Accentuat"/>
          <w:i w:val="0"/>
          <w:iCs w:val="0"/>
        </w:rPr>
      </w:pPr>
      <w:proofErr w:type="spellStart"/>
      <w:r>
        <w:t>constituie</w:t>
      </w:r>
      <w:proofErr w:type="spellEnd"/>
      <w:r>
        <w:t xml:space="preserve"> </w:t>
      </w:r>
      <w:proofErr w:type="spellStart"/>
      <w:r>
        <w:t>avantaj</w:t>
      </w:r>
      <w:proofErr w:type="spellEnd"/>
      <w:r>
        <w:t xml:space="preserve"> </w:t>
      </w:r>
      <w:proofErr w:type="spellStart"/>
      <w:r>
        <w:t>detinerea</w:t>
      </w:r>
      <w:proofErr w:type="spellEnd"/>
      <w:r>
        <w:t xml:space="preserve"> </w:t>
      </w:r>
      <w:proofErr w:type="spellStart"/>
      <w:r>
        <w:t>unei</w:t>
      </w:r>
      <w:proofErr w:type="spellEnd"/>
      <w:r>
        <w:t xml:space="preserve"> </w:t>
      </w:r>
      <w:proofErr w:type="spellStart"/>
      <w:r>
        <w:t>certificări</w:t>
      </w:r>
      <w:proofErr w:type="spellEnd"/>
      <w:r>
        <w:t xml:space="preserve"> / </w:t>
      </w:r>
      <w:proofErr w:type="spellStart"/>
      <w:r>
        <w:t>instruiri</w:t>
      </w:r>
      <w:proofErr w:type="spellEnd"/>
      <w:r>
        <w:t xml:space="preserve"> </w:t>
      </w:r>
      <w:proofErr w:type="spellStart"/>
      <w:r>
        <w:t>formale</w:t>
      </w:r>
      <w:proofErr w:type="spellEnd"/>
      <w:r>
        <w:t xml:space="preserve"> </w:t>
      </w:r>
      <w:proofErr w:type="spellStart"/>
      <w:r>
        <w:t>documentate</w:t>
      </w:r>
      <w:proofErr w:type="spellEnd"/>
      <w:r>
        <w:t xml:space="preserve"> </w:t>
      </w:r>
      <w:proofErr w:type="spellStart"/>
      <w:r>
        <w:t>pentru</w:t>
      </w:r>
      <w:proofErr w:type="spellEnd"/>
      <w:r>
        <w:t xml:space="preserve"> </w:t>
      </w:r>
      <w:proofErr w:type="spellStart"/>
      <w:r>
        <w:t>exploatarea</w:t>
      </w:r>
      <w:proofErr w:type="spellEnd"/>
      <w:r>
        <w:t xml:space="preserve"> </w:t>
      </w:r>
      <w:proofErr w:type="spellStart"/>
      <w:r>
        <w:t>instalațiilor</w:t>
      </w:r>
      <w:proofErr w:type="spellEnd"/>
      <w:r>
        <w:t xml:space="preserve"> de </w:t>
      </w:r>
      <w:proofErr w:type="spellStart"/>
      <w:r>
        <w:t>fluide</w:t>
      </w:r>
      <w:proofErr w:type="spellEnd"/>
      <w:r>
        <w:t xml:space="preserve"> </w:t>
      </w:r>
      <w:proofErr w:type="spellStart"/>
      <w:r>
        <w:t>medicale</w:t>
      </w:r>
      <w:proofErr w:type="spellEnd"/>
      <w:r>
        <w:t xml:space="preserve"> </w:t>
      </w:r>
      <w:proofErr w:type="spellStart"/>
      <w:r>
        <w:t>și</w:t>
      </w:r>
      <w:proofErr w:type="spellEnd"/>
      <w:r>
        <w:t xml:space="preserve"> </w:t>
      </w:r>
      <w:proofErr w:type="spellStart"/>
      <w:r>
        <w:t>manipularea</w:t>
      </w:r>
      <w:proofErr w:type="spellEnd"/>
      <w:r>
        <w:t xml:space="preserve"> </w:t>
      </w:r>
      <w:proofErr w:type="spellStart"/>
      <w:r>
        <w:t>buteliilor</w:t>
      </w:r>
      <w:proofErr w:type="spellEnd"/>
      <w:r>
        <w:t xml:space="preserve"> de </w:t>
      </w:r>
      <w:proofErr w:type="spellStart"/>
      <w:r>
        <w:t>oxigen</w:t>
      </w:r>
      <w:proofErr w:type="spellEnd"/>
      <w:r>
        <w:t xml:space="preserve"> (</w:t>
      </w:r>
      <w:proofErr w:type="spellStart"/>
      <w:r>
        <w:t>eliberată</w:t>
      </w:r>
      <w:proofErr w:type="spellEnd"/>
      <w:r>
        <w:t xml:space="preserve"> de </w:t>
      </w:r>
      <w:r>
        <w:lastRenderedPageBreak/>
        <w:t xml:space="preserve">ISCIR, </w:t>
      </w:r>
      <w:proofErr w:type="spellStart"/>
      <w:r>
        <w:t>furnizor</w:t>
      </w:r>
      <w:proofErr w:type="spellEnd"/>
      <w:r>
        <w:t xml:space="preserve"> </w:t>
      </w:r>
      <w:proofErr w:type="spellStart"/>
      <w:r>
        <w:t>autorizat</w:t>
      </w:r>
      <w:proofErr w:type="spellEnd"/>
      <w:r>
        <w:t xml:space="preserve"> </w:t>
      </w:r>
      <w:proofErr w:type="spellStart"/>
      <w:r>
        <w:t>sau</w:t>
      </w:r>
      <w:proofErr w:type="spellEnd"/>
      <w:r>
        <w:t xml:space="preserve"> organism </w:t>
      </w:r>
      <w:proofErr w:type="spellStart"/>
      <w:r>
        <w:t>acreditat</w:t>
      </w:r>
      <w:proofErr w:type="spellEnd"/>
      <w:r>
        <w:t xml:space="preserve">). </w:t>
      </w:r>
      <w:proofErr w:type="spellStart"/>
      <w:r>
        <w:rPr>
          <w:rStyle w:val="Accentuat"/>
          <w:rFonts w:ascii="Times New Roman" w:hAnsi="Times New Roman"/>
          <w:i w:val="0"/>
          <w:iCs w:val="0"/>
          <w:color w:val="000000"/>
          <w:sz w:val="24"/>
          <w:szCs w:val="24"/>
        </w:rPr>
        <w:t>În</w:t>
      </w:r>
      <w:proofErr w:type="spellEnd"/>
      <w:r>
        <w:rPr>
          <w:rStyle w:val="Accentuat"/>
          <w:rFonts w:ascii="Times New Roman" w:hAnsi="Times New Roman"/>
          <w:i w:val="0"/>
          <w:iCs w:val="0"/>
          <w:color w:val="000000"/>
          <w:sz w:val="24"/>
          <w:szCs w:val="24"/>
        </w:rPr>
        <w:t xml:space="preserve"> </w:t>
      </w:r>
      <w:proofErr w:type="spellStart"/>
      <w:r>
        <w:rPr>
          <w:rStyle w:val="Accentuat"/>
          <w:rFonts w:ascii="Times New Roman" w:hAnsi="Times New Roman"/>
          <w:i w:val="0"/>
          <w:iCs w:val="0"/>
          <w:color w:val="000000"/>
          <w:sz w:val="24"/>
          <w:szCs w:val="24"/>
        </w:rPr>
        <w:t>lipsa</w:t>
      </w:r>
      <w:proofErr w:type="spellEnd"/>
      <w:r>
        <w:rPr>
          <w:rStyle w:val="Accentuat"/>
          <w:rFonts w:ascii="Times New Roman" w:hAnsi="Times New Roman"/>
          <w:i w:val="0"/>
          <w:iCs w:val="0"/>
          <w:color w:val="000000"/>
          <w:sz w:val="24"/>
          <w:szCs w:val="24"/>
        </w:rPr>
        <w:t xml:space="preserve"> </w:t>
      </w:r>
      <w:proofErr w:type="spellStart"/>
      <w:r>
        <w:rPr>
          <w:rStyle w:val="Accentuat"/>
          <w:rFonts w:ascii="Times New Roman" w:hAnsi="Times New Roman"/>
          <w:i w:val="0"/>
          <w:iCs w:val="0"/>
          <w:color w:val="000000"/>
          <w:sz w:val="24"/>
          <w:szCs w:val="24"/>
        </w:rPr>
        <w:t>acesteia</w:t>
      </w:r>
      <w:proofErr w:type="spellEnd"/>
      <w:r>
        <w:rPr>
          <w:rStyle w:val="Accentuat"/>
          <w:rFonts w:ascii="Times New Roman" w:hAnsi="Times New Roman"/>
          <w:i w:val="0"/>
          <w:iCs w:val="0"/>
          <w:color w:val="000000"/>
          <w:sz w:val="24"/>
          <w:szCs w:val="24"/>
        </w:rPr>
        <w:t xml:space="preserve">, </w:t>
      </w:r>
      <w:proofErr w:type="spellStart"/>
      <w:r>
        <w:rPr>
          <w:rStyle w:val="Accentuat"/>
          <w:rFonts w:ascii="Times New Roman" w:hAnsi="Times New Roman"/>
          <w:i w:val="0"/>
          <w:iCs w:val="0"/>
          <w:color w:val="000000"/>
          <w:sz w:val="24"/>
          <w:szCs w:val="24"/>
        </w:rPr>
        <w:t>salariatul</w:t>
      </w:r>
      <w:proofErr w:type="spellEnd"/>
      <w:r>
        <w:rPr>
          <w:rStyle w:val="Accentuat"/>
          <w:rFonts w:ascii="Times New Roman" w:hAnsi="Times New Roman"/>
          <w:i w:val="0"/>
          <w:iCs w:val="0"/>
          <w:color w:val="000000"/>
          <w:sz w:val="24"/>
          <w:szCs w:val="24"/>
        </w:rPr>
        <w:t xml:space="preserve"> are </w:t>
      </w:r>
      <w:proofErr w:type="spellStart"/>
      <w:r>
        <w:rPr>
          <w:rStyle w:val="Accentuat"/>
          <w:rFonts w:ascii="Times New Roman" w:hAnsi="Times New Roman"/>
          <w:i w:val="0"/>
          <w:iCs w:val="0"/>
          <w:color w:val="000000"/>
          <w:sz w:val="24"/>
          <w:szCs w:val="24"/>
        </w:rPr>
        <w:t>obligația</w:t>
      </w:r>
      <w:proofErr w:type="spellEnd"/>
      <w:r>
        <w:rPr>
          <w:rStyle w:val="Accentuat"/>
          <w:rFonts w:ascii="Times New Roman" w:hAnsi="Times New Roman"/>
          <w:i w:val="0"/>
          <w:iCs w:val="0"/>
          <w:color w:val="000000"/>
          <w:sz w:val="24"/>
          <w:szCs w:val="24"/>
        </w:rPr>
        <w:t xml:space="preserve"> de a </w:t>
      </w:r>
      <w:proofErr w:type="spellStart"/>
      <w:r>
        <w:rPr>
          <w:rStyle w:val="Accentuat"/>
          <w:rFonts w:ascii="Times New Roman" w:hAnsi="Times New Roman"/>
          <w:i w:val="0"/>
          <w:iCs w:val="0"/>
          <w:color w:val="000000"/>
          <w:sz w:val="24"/>
          <w:szCs w:val="24"/>
        </w:rPr>
        <w:t>parcurge</w:t>
      </w:r>
      <w:proofErr w:type="spellEnd"/>
      <w:r>
        <w:rPr>
          <w:rStyle w:val="Accentuat"/>
          <w:rFonts w:ascii="Times New Roman" w:hAnsi="Times New Roman"/>
          <w:i w:val="0"/>
          <w:iCs w:val="0"/>
          <w:color w:val="000000"/>
          <w:sz w:val="24"/>
          <w:szCs w:val="24"/>
        </w:rPr>
        <w:t xml:space="preserve"> </w:t>
      </w:r>
      <w:proofErr w:type="spellStart"/>
      <w:r>
        <w:rPr>
          <w:rStyle w:val="Accentuat"/>
          <w:rFonts w:ascii="Times New Roman" w:hAnsi="Times New Roman"/>
          <w:i w:val="0"/>
          <w:iCs w:val="0"/>
          <w:color w:val="000000"/>
          <w:sz w:val="24"/>
          <w:szCs w:val="24"/>
        </w:rPr>
        <w:t>instruirea</w:t>
      </w:r>
      <w:proofErr w:type="spellEnd"/>
      <w:r>
        <w:rPr>
          <w:rStyle w:val="Accentuat"/>
          <w:rFonts w:ascii="Times New Roman" w:hAnsi="Times New Roman"/>
          <w:i w:val="0"/>
          <w:iCs w:val="0"/>
          <w:color w:val="000000"/>
          <w:sz w:val="24"/>
          <w:szCs w:val="24"/>
        </w:rPr>
        <w:t xml:space="preserve"> </w:t>
      </w:r>
      <w:proofErr w:type="spellStart"/>
      <w:r>
        <w:rPr>
          <w:rStyle w:val="Accentuat"/>
          <w:rFonts w:ascii="Times New Roman" w:hAnsi="Times New Roman"/>
          <w:i w:val="0"/>
          <w:iCs w:val="0"/>
          <w:color w:val="000000"/>
          <w:sz w:val="24"/>
          <w:szCs w:val="24"/>
        </w:rPr>
        <w:t>specifică</w:t>
      </w:r>
      <w:proofErr w:type="spellEnd"/>
      <w:r>
        <w:rPr>
          <w:rStyle w:val="Accentuat"/>
          <w:rFonts w:ascii="Times New Roman" w:hAnsi="Times New Roman"/>
          <w:i w:val="0"/>
          <w:iCs w:val="0"/>
          <w:color w:val="000000"/>
          <w:sz w:val="24"/>
          <w:szCs w:val="24"/>
        </w:rPr>
        <w:t xml:space="preserve"> </w:t>
      </w:r>
      <w:proofErr w:type="spellStart"/>
      <w:r>
        <w:rPr>
          <w:rStyle w:val="Accentuat"/>
          <w:rFonts w:ascii="Times New Roman" w:hAnsi="Times New Roman"/>
          <w:i w:val="0"/>
          <w:iCs w:val="0"/>
          <w:color w:val="000000"/>
          <w:sz w:val="24"/>
          <w:szCs w:val="24"/>
        </w:rPr>
        <w:t>organizată</w:t>
      </w:r>
      <w:proofErr w:type="spellEnd"/>
      <w:r>
        <w:rPr>
          <w:rStyle w:val="Accentuat"/>
          <w:rFonts w:ascii="Times New Roman" w:hAnsi="Times New Roman"/>
          <w:i w:val="0"/>
          <w:iCs w:val="0"/>
          <w:color w:val="000000"/>
          <w:sz w:val="24"/>
          <w:szCs w:val="24"/>
        </w:rPr>
        <w:t xml:space="preserve"> de </w:t>
      </w:r>
      <w:proofErr w:type="spellStart"/>
      <w:r>
        <w:rPr>
          <w:rStyle w:val="Accentuat"/>
          <w:rFonts w:ascii="Times New Roman" w:hAnsi="Times New Roman"/>
          <w:i w:val="0"/>
          <w:iCs w:val="0"/>
          <w:color w:val="000000"/>
          <w:sz w:val="24"/>
          <w:szCs w:val="24"/>
        </w:rPr>
        <w:t>unitate</w:t>
      </w:r>
      <w:proofErr w:type="spellEnd"/>
      <w:r>
        <w:rPr>
          <w:rStyle w:val="Accentuat"/>
          <w:rFonts w:ascii="Times New Roman" w:hAnsi="Times New Roman"/>
          <w:i w:val="0"/>
          <w:iCs w:val="0"/>
          <w:color w:val="000000"/>
          <w:sz w:val="24"/>
          <w:szCs w:val="24"/>
        </w:rPr>
        <w:t xml:space="preserve"> </w:t>
      </w:r>
      <w:proofErr w:type="spellStart"/>
      <w:r>
        <w:rPr>
          <w:rStyle w:val="Accentuat"/>
          <w:rFonts w:ascii="Times New Roman" w:hAnsi="Times New Roman"/>
          <w:i w:val="0"/>
          <w:iCs w:val="0"/>
          <w:color w:val="000000"/>
          <w:sz w:val="24"/>
          <w:szCs w:val="24"/>
        </w:rPr>
        <w:t>înainte</w:t>
      </w:r>
      <w:proofErr w:type="spellEnd"/>
      <w:r>
        <w:rPr>
          <w:rStyle w:val="Accentuat"/>
          <w:rFonts w:ascii="Times New Roman" w:hAnsi="Times New Roman"/>
          <w:i w:val="0"/>
          <w:iCs w:val="0"/>
          <w:color w:val="000000"/>
          <w:sz w:val="24"/>
          <w:szCs w:val="24"/>
        </w:rPr>
        <w:t xml:space="preserve"> de </w:t>
      </w:r>
      <w:proofErr w:type="spellStart"/>
      <w:r>
        <w:rPr>
          <w:rStyle w:val="Accentuat"/>
          <w:rFonts w:ascii="Times New Roman" w:hAnsi="Times New Roman"/>
          <w:i w:val="0"/>
          <w:iCs w:val="0"/>
          <w:color w:val="000000"/>
          <w:sz w:val="24"/>
          <w:szCs w:val="24"/>
        </w:rPr>
        <w:t>repartizarea</w:t>
      </w:r>
      <w:proofErr w:type="spellEnd"/>
      <w:r>
        <w:rPr>
          <w:rStyle w:val="Accentuat"/>
          <w:rFonts w:ascii="Times New Roman" w:hAnsi="Times New Roman"/>
          <w:i w:val="0"/>
          <w:iCs w:val="0"/>
          <w:color w:val="000000"/>
          <w:sz w:val="24"/>
          <w:szCs w:val="24"/>
        </w:rPr>
        <w:t xml:space="preserve"> </w:t>
      </w:r>
      <w:proofErr w:type="spellStart"/>
      <w:r>
        <w:rPr>
          <w:rStyle w:val="Accentuat"/>
          <w:rFonts w:ascii="Times New Roman" w:hAnsi="Times New Roman"/>
          <w:i w:val="0"/>
          <w:iCs w:val="0"/>
          <w:color w:val="000000"/>
          <w:sz w:val="24"/>
          <w:szCs w:val="24"/>
        </w:rPr>
        <w:t>efectivă</w:t>
      </w:r>
      <w:proofErr w:type="spellEnd"/>
      <w:r>
        <w:rPr>
          <w:rStyle w:val="Accentuat"/>
          <w:rFonts w:ascii="Times New Roman" w:hAnsi="Times New Roman"/>
          <w:i w:val="0"/>
          <w:iCs w:val="0"/>
          <w:color w:val="000000"/>
          <w:sz w:val="24"/>
          <w:szCs w:val="24"/>
        </w:rPr>
        <w:t xml:space="preserve"> a </w:t>
      </w:r>
      <w:proofErr w:type="spellStart"/>
      <w:r>
        <w:rPr>
          <w:rStyle w:val="Accentuat"/>
          <w:rFonts w:ascii="Times New Roman" w:hAnsi="Times New Roman"/>
          <w:i w:val="0"/>
          <w:iCs w:val="0"/>
          <w:color w:val="000000"/>
          <w:sz w:val="24"/>
          <w:szCs w:val="24"/>
        </w:rPr>
        <w:t>sarcinilor</w:t>
      </w:r>
      <w:proofErr w:type="spellEnd"/>
      <w:r>
        <w:rPr>
          <w:rStyle w:val="Accentuat"/>
          <w:rFonts w:ascii="Times New Roman" w:hAnsi="Times New Roman"/>
          <w:i w:val="0"/>
          <w:iCs w:val="0"/>
          <w:color w:val="000000"/>
          <w:sz w:val="24"/>
          <w:szCs w:val="24"/>
        </w:rPr>
        <w:t xml:space="preserve"> legate de </w:t>
      </w:r>
      <w:proofErr w:type="spellStart"/>
      <w:r>
        <w:rPr>
          <w:rStyle w:val="Accentuat"/>
          <w:rFonts w:ascii="Times New Roman" w:hAnsi="Times New Roman"/>
          <w:i w:val="0"/>
          <w:iCs w:val="0"/>
          <w:color w:val="000000"/>
          <w:sz w:val="24"/>
          <w:szCs w:val="24"/>
        </w:rPr>
        <w:t>fluidele</w:t>
      </w:r>
      <w:proofErr w:type="spellEnd"/>
      <w:r>
        <w:rPr>
          <w:rStyle w:val="Accentuat"/>
          <w:rFonts w:ascii="Times New Roman" w:hAnsi="Times New Roman"/>
          <w:i w:val="0"/>
          <w:iCs w:val="0"/>
          <w:color w:val="000000"/>
          <w:sz w:val="24"/>
          <w:szCs w:val="24"/>
        </w:rPr>
        <w:t xml:space="preserve"> </w:t>
      </w:r>
      <w:proofErr w:type="spellStart"/>
      <w:r>
        <w:rPr>
          <w:rStyle w:val="Accentuat"/>
          <w:rFonts w:ascii="Times New Roman" w:hAnsi="Times New Roman"/>
          <w:i w:val="0"/>
          <w:iCs w:val="0"/>
          <w:color w:val="000000"/>
          <w:sz w:val="24"/>
          <w:szCs w:val="24"/>
        </w:rPr>
        <w:t>medicale</w:t>
      </w:r>
      <w:proofErr w:type="spellEnd"/>
      <w:r>
        <w:rPr>
          <w:rStyle w:val="Accentuat"/>
          <w:rFonts w:ascii="Times New Roman" w:hAnsi="Times New Roman"/>
          <w:i w:val="0"/>
          <w:iCs w:val="0"/>
          <w:color w:val="000000"/>
          <w:sz w:val="24"/>
          <w:szCs w:val="24"/>
        </w:rPr>
        <w:t>;</w:t>
      </w:r>
    </w:p>
    <w:p w:rsidR="009331B0" w:rsidRDefault="009331B0" w:rsidP="009331B0">
      <w:pPr>
        <w:pStyle w:val="Listcumarcatori"/>
        <w:rPr>
          <w:lang w:val="pt-BR"/>
        </w:rPr>
      </w:pPr>
      <w:r>
        <w:rPr>
          <w:lang w:val="pt-BR"/>
        </w:rPr>
        <w:t xml:space="preserve">   minim 1 an vechime în muncă;</w:t>
      </w:r>
    </w:p>
    <w:p w:rsidR="009331B0" w:rsidRDefault="009331B0" w:rsidP="009331B0">
      <w:pPr>
        <w:pStyle w:val="Listcumarcatori"/>
        <w:numPr>
          <w:ilvl w:val="0"/>
          <w:numId w:val="0"/>
        </w:numPr>
        <w:spacing w:before="240" w:after="120"/>
        <w:ind w:left="360"/>
        <w:rPr>
          <w:rFonts w:ascii="Times New Roman" w:hAnsi="Times New Roman" w:cs="Times New Roman"/>
          <w:color w:val="000000" w:themeColor="text1"/>
        </w:rPr>
      </w:pPr>
    </w:p>
    <w:p w:rsidR="00075328" w:rsidRPr="00925B34" w:rsidRDefault="005E5AD0" w:rsidP="009331B0">
      <w:pPr>
        <w:pStyle w:val="Listcumarcatori"/>
        <w:numPr>
          <w:ilvl w:val="0"/>
          <w:numId w:val="0"/>
        </w:numPr>
        <w:spacing w:before="240" w:after="120"/>
        <w:ind w:left="360" w:hanging="360"/>
        <w:rPr>
          <w:rFonts w:ascii="Times New Roman" w:hAnsi="Times New Roman" w:cs="Times New Roman"/>
          <w:color w:val="000000" w:themeColor="text1"/>
        </w:rPr>
      </w:pPr>
      <w:r w:rsidRPr="00925B34">
        <w:rPr>
          <w:rFonts w:ascii="Times New Roman" w:hAnsi="Times New Roman" w:cs="Times New Roman"/>
          <w:b/>
          <w:color w:val="000000" w:themeColor="text1"/>
        </w:rPr>
        <w:t>IV. ATRIBUȚII SPECIFICE POSTULUI</w:t>
      </w:r>
    </w:p>
    <w:p w:rsidR="00075328" w:rsidRPr="00925B34" w:rsidRDefault="005E5AD0">
      <w:pPr>
        <w:spacing w:before="120" w:after="80"/>
        <w:rPr>
          <w:rFonts w:ascii="Times New Roman" w:hAnsi="Times New Roman" w:cs="Times New Roman"/>
        </w:rPr>
      </w:pPr>
      <w:r w:rsidRPr="00925B34">
        <w:rPr>
          <w:rFonts w:ascii="Times New Roman" w:hAnsi="Times New Roman" w:cs="Times New Roman"/>
          <w:b/>
        </w:rPr>
        <w:t>1. Întreținerea și exploatarea instalațiilor electrice și de curenți slabi</w:t>
      </w:r>
    </w:p>
    <w:p w:rsidR="00075328" w:rsidRPr="00925B34" w:rsidRDefault="005E5AD0">
      <w:pPr>
        <w:pStyle w:val="Listcumarcatori"/>
        <w:rPr>
          <w:rFonts w:ascii="Times New Roman" w:hAnsi="Times New Roman" w:cs="Times New Roman"/>
        </w:rPr>
      </w:pPr>
      <w:r w:rsidRPr="00925B34">
        <w:rPr>
          <w:rFonts w:ascii="Times New Roman" w:hAnsi="Times New Roman" w:cs="Times New Roman"/>
        </w:rPr>
        <w:t>Răspunde de buna funcționare și întreținerea instalațiilor electrice, de iluminat și prize, de detecție-semnalizare-avertizare incendiu, a iluminatului de siguranță și a rețelelor de curenți slabi din cadrul spitalului.</w:t>
      </w:r>
    </w:p>
    <w:p w:rsidR="00075328" w:rsidRPr="00925B34" w:rsidRDefault="005E5AD0">
      <w:pPr>
        <w:pStyle w:val="Listcumarcatori"/>
        <w:rPr>
          <w:rFonts w:ascii="Times New Roman" w:hAnsi="Times New Roman" w:cs="Times New Roman"/>
        </w:rPr>
      </w:pPr>
      <w:r w:rsidRPr="00925B34">
        <w:rPr>
          <w:rFonts w:ascii="Times New Roman" w:hAnsi="Times New Roman" w:cs="Times New Roman"/>
        </w:rPr>
        <w:t>Execută lucrările de întreținere și reparații la instalațiile electrice de forță, iluminat și prize din toate sectoarele de activitate.</w:t>
      </w:r>
    </w:p>
    <w:p w:rsidR="00075328" w:rsidRPr="00925B34" w:rsidRDefault="005E5AD0">
      <w:pPr>
        <w:pStyle w:val="Listcumarcatori"/>
        <w:rPr>
          <w:rFonts w:ascii="Times New Roman" w:hAnsi="Times New Roman" w:cs="Times New Roman"/>
        </w:rPr>
      </w:pPr>
      <w:r w:rsidRPr="00925B34">
        <w:rPr>
          <w:rFonts w:ascii="Times New Roman" w:hAnsi="Times New Roman" w:cs="Times New Roman"/>
        </w:rPr>
        <w:t>Urmărește permanent tabloul general de distribuție electrică al spitalului, verificând încărcătura pe faze și modul de comportare al sistemului de siguranțe al acestuia.</w:t>
      </w:r>
    </w:p>
    <w:p w:rsidR="00075328" w:rsidRPr="00925B34" w:rsidRDefault="005E5AD0">
      <w:pPr>
        <w:pStyle w:val="Listcumarcatori"/>
        <w:rPr>
          <w:rFonts w:ascii="Times New Roman" w:hAnsi="Times New Roman" w:cs="Times New Roman"/>
        </w:rPr>
      </w:pPr>
      <w:r w:rsidRPr="00925B34">
        <w:rPr>
          <w:rFonts w:ascii="Times New Roman" w:hAnsi="Times New Roman" w:cs="Times New Roman"/>
        </w:rPr>
        <w:t>Verifică permanent, spre a fi în bună stare de funcționare în caz de avarii, grupul electrogen al spitalului și al secțiilor exterioare, în limitele competențelor sale tehnice de electrician. În caz de necesitate sau urgență majoră, anunță telefonic imediat șeful ierarhic și reprezentantul firmei de mentenanță autorizate.</w:t>
      </w:r>
    </w:p>
    <w:p w:rsidR="00075328" w:rsidRPr="00925B34" w:rsidRDefault="005E5AD0">
      <w:pPr>
        <w:pStyle w:val="Listcumarcatori"/>
        <w:rPr>
          <w:rFonts w:ascii="Times New Roman" w:hAnsi="Times New Roman" w:cs="Times New Roman"/>
        </w:rPr>
      </w:pPr>
      <w:r w:rsidRPr="00925B34">
        <w:rPr>
          <w:rFonts w:ascii="Times New Roman" w:hAnsi="Times New Roman" w:cs="Times New Roman"/>
        </w:rPr>
        <w:t>Urmărește în mod continuu tabloul sinoptic P.S.I. și centrala de avertizare a incendiilor, iar în cazuri de necesitate ia primele măsuri de înlăturare a pericolului și anunță factorii responsabili.</w:t>
      </w:r>
    </w:p>
    <w:p w:rsidR="00075328" w:rsidRPr="00925B34" w:rsidRDefault="005E5AD0">
      <w:pPr>
        <w:pStyle w:val="Listcumarcatori"/>
        <w:rPr>
          <w:rFonts w:ascii="Times New Roman" w:hAnsi="Times New Roman" w:cs="Times New Roman"/>
        </w:rPr>
      </w:pPr>
      <w:r w:rsidRPr="00925B34">
        <w:rPr>
          <w:rFonts w:ascii="Times New Roman" w:hAnsi="Times New Roman" w:cs="Times New Roman"/>
        </w:rPr>
        <w:t>Verifică periodic instalațiile electrice, de semnalizare și stingere incendii, iluminatul de siguranță și iluminatul hidranților exteriori, conform programului de verificări stabilit de către șefii ierarhici superiori.</w:t>
      </w:r>
    </w:p>
    <w:p w:rsidR="00075328" w:rsidRPr="00925B34" w:rsidRDefault="005E5AD0">
      <w:pPr>
        <w:pStyle w:val="Listcumarcatori"/>
        <w:rPr>
          <w:rFonts w:ascii="Times New Roman" w:hAnsi="Times New Roman" w:cs="Times New Roman"/>
        </w:rPr>
      </w:pPr>
      <w:r w:rsidRPr="00925B34">
        <w:rPr>
          <w:rFonts w:ascii="Times New Roman" w:hAnsi="Times New Roman" w:cs="Times New Roman"/>
        </w:rPr>
        <w:t>Urmărește buna funcționare din punct de vedere electric a utilajelor din sectoarele vitale ale spitalului și secțiilor exterioare, în limitele competențelor sale, asigurând și securitatea echipamentelor nemedicale din sectorul său de activitate.</w:t>
      </w:r>
    </w:p>
    <w:p w:rsidR="00075328" w:rsidRPr="00925B34" w:rsidRDefault="005E5AD0" w:rsidP="00470DC0">
      <w:pPr>
        <w:spacing w:before="120" w:after="80"/>
        <w:rPr>
          <w:rFonts w:ascii="Times New Roman" w:hAnsi="Times New Roman" w:cs="Times New Roman"/>
          <w:color w:val="000000" w:themeColor="text1"/>
        </w:rPr>
      </w:pPr>
      <w:r w:rsidRPr="00925B34">
        <w:rPr>
          <w:rFonts w:ascii="Times New Roman" w:hAnsi="Times New Roman" w:cs="Times New Roman"/>
          <w:b/>
          <w:color w:val="000000" w:themeColor="text1"/>
        </w:rPr>
        <w:t xml:space="preserve">2. </w:t>
      </w:r>
      <w:proofErr w:type="spellStart"/>
      <w:r w:rsidRPr="00925B34">
        <w:rPr>
          <w:rFonts w:ascii="Times New Roman" w:hAnsi="Times New Roman" w:cs="Times New Roman"/>
          <w:b/>
          <w:color w:val="000000" w:themeColor="text1"/>
        </w:rPr>
        <w:t>Supravegherea</w:t>
      </w:r>
      <w:proofErr w:type="spellEnd"/>
      <w:r w:rsidRPr="00925B34">
        <w:rPr>
          <w:rFonts w:ascii="Times New Roman" w:hAnsi="Times New Roman" w:cs="Times New Roman"/>
          <w:b/>
          <w:color w:val="000000" w:themeColor="text1"/>
        </w:rPr>
        <w:t xml:space="preserve">, </w:t>
      </w:r>
      <w:proofErr w:type="spellStart"/>
      <w:r w:rsidRPr="00925B34">
        <w:rPr>
          <w:rFonts w:ascii="Times New Roman" w:hAnsi="Times New Roman" w:cs="Times New Roman"/>
          <w:b/>
          <w:color w:val="000000" w:themeColor="text1"/>
        </w:rPr>
        <w:t>manipularea</w:t>
      </w:r>
      <w:proofErr w:type="spellEnd"/>
      <w:r w:rsidRPr="00925B34">
        <w:rPr>
          <w:rFonts w:ascii="Times New Roman" w:hAnsi="Times New Roman" w:cs="Times New Roman"/>
          <w:b/>
          <w:color w:val="000000" w:themeColor="text1"/>
        </w:rPr>
        <w:t xml:space="preserve"> </w:t>
      </w:r>
      <w:proofErr w:type="spellStart"/>
      <w:r w:rsidRPr="00925B34">
        <w:rPr>
          <w:rFonts w:ascii="Times New Roman" w:hAnsi="Times New Roman" w:cs="Times New Roman"/>
          <w:b/>
          <w:color w:val="000000" w:themeColor="text1"/>
        </w:rPr>
        <w:t>și</w:t>
      </w:r>
      <w:proofErr w:type="spellEnd"/>
      <w:r w:rsidRPr="00925B34">
        <w:rPr>
          <w:rFonts w:ascii="Times New Roman" w:hAnsi="Times New Roman" w:cs="Times New Roman"/>
          <w:b/>
          <w:color w:val="000000" w:themeColor="text1"/>
        </w:rPr>
        <w:t xml:space="preserve"> </w:t>
      </w:r>
      <w:proofErr w:type="spellStart"/>
      <w:r w:rsidRPr="00925B34">
        <w:rPr>
          <w:rFonts w:ascii="Times New Roman" w:hAnsi="Times New Roman" w:cs="Times New Roman"/>
          <w:b/>
          <w:color w:val="000000" w:themeColor="text1"/>
        </w:rPr>
        <w:t>monitorizarea</w:t>
      </w:r>
      <w:proofErr w:type="spellEnd"/>
      <w:r w:rsidRPr="00925B34">
        <w:rPr>
          <w:rFonts w:ascii="Times New Roman" w:hAnsi="Times New Roman" w:cs="Times New Roman"/>
          <w:b/>
          <w:color w:val="000000" w:themeColor="text1"/>
        </w:rPr>
        <w:t xml:space="preserve"> </w:t>
      </w:r>
      <w:proofErr w:type="spellStart"/>
      <w:r w:rsidRPr="00925B34">
        <w:rPr>
          <w:rFonts w:ascii="Times New Roman" w:hAnsi="Times New Roman" w:cs="Times New Roman"/>
          <w:b/>
          <w:color w:val="000000" w:themeColor="text1"/>
        </w:rPr>
        <w:t>stațiilor</w:t>
      </w:r>
      <w:proofErr w:type="spellEnd"/>
      <w:r w:rsidRPr="00925B34">
        <w:rPr>
          <w:rFonts w:ascii="Times New Roman" w:hAnsi="Times New Roman" w:cs="Times New Roman"/>
          <w:b/>
          <w:color w:val="000000" w:themeColor="text1"/>
        </w:rPr>
        <w:t xml:space="preserve"> de </w:t>
      </w:r>
      <w:proofErr w:type="spellStart"/>
      <w:r w:rsidRPr="00925B34">
        <w:rPr>
          <w:rFonts w:ascii="Times New Roman" w:hAnsi="Times New Roman" w:cs="Times New Roman"/>
          <w:b/>
          <w:color w:val="000000" w:themeColor="text1"/>
        </w:rPr>
        <w:t>oxigen</w:t>
      </w:r>
      <w:proofErr w:type="spellEnd"/>
      <w:r w:rsidRPr="00925B34">
        <w:rPr>
          <w:rFonts w:ascii="Times New Roman" w:hAnsi="Times New Roman" w:cs="Times New Roman"/>
          <w:b/>
          <w:color w:val="000000" w:themeColor="text1"/>
        </w:rPr>
        <w:t xml:space="preserve"> </w:t>
      </w:r>
      <w:proofErr w:type="spellStart"/>
      <w:r w:rsidRPr="00925B34">
        <w:rPr>
          <w:rFonts w:ascii="Times New Roman" w:hAnsi="Times New Roman" w:cs="Times New Roman"/>
          <w:b/>
          <w:color w:val="000000" w:themeColor="text1"/>
        </w:rPr>
        <w:t>și</w:t>
      </w:r>
      <w:proofErr w:type="spellEnd"/>
      <w:r w:rsidRPr="00925B34">
        <w:rPr>
          <w:rFonts w:ascii="Times New Roman" w:hAnsi="Times New Roman" w:cs="Times New Roman"/>
          <w:b/>
          <w:color w:val="000000" w:themeColor="text1"/>
        </w:rPr>
        <w:t xml:space="preserve"> </w:t>
      </w:r>
      <w:proofErr w:type="spellStart"/>
      <w:r w:rsidRPr="00925B34">
        <w:rPr>
          <w:rFonts w:ascii="Times New Roman" w:hAnsi="Times New Roman" w:cs="Times New Roman"/>
          <w:b/>
          <w:color w:val="000000" w:themeColor="text1"/>
        </w:rPr>
        <w:t>fluide</w:t>
      </w:r>
      <w:proofErr w:type="spellEnd"/>
      <w:r w:rsidRPr="00925B34">
        <w:rPr>
          <w:rFonts w:ascii="Times New Roman" w:hAnsi="Times New Roman" w:cs="Times New Roman"/>
          <w:b/>
          <w:color w:val="000000" w:themeColor="text1"/>
        </w:rPr>
        <w:t xml:space="preserve"> </w:t>
      </w:r>
      <w:proofErr w:type="spellStart"/>
      <w:r w:rsidRPr="00925B34">
        <w:rPr>
          <w:rFonts w:ascii="Times New Roman" w:hAnsi="Times New Roman" w:cs="Times New Roman"/>
          <w:b/>
          <w:color w:val="000000" w:themeColor="text1"/>
        </w:rPr>
        <w:t>medicale</w:t>
      </w:r>
      <w:proofErr w:type="spellEnd"/>
      <w:r w:rsidRPr="00925B34">
        <w:rPr>
          <w:rFonts w:ascii="Times New Roman" w:hAnsi="Times New Roman" w:cs="Times New Roman"/>
          <w:b/>
          <w:color w:val="000000" w:themeColor="text1"/>
        </w:rPr>
        <w:t xml:space="preserve"> </w:t>
      </w:r>
      <w:r w:rsidR="00470DC0" w:rsidRPr="00925B34">
        <w:rPr>
          <w:rFonts w:ascii="Times New Roman" w:hAnsi="Times New Roman" w:cs="Times New Roman"/>
          <w:b/>
          <w:color w:val="000000" w:themeColor="text1"/>
        </w:rPr>
        <w:t xml:space="preserve"> </w:t>
      </w:r>
      <w:r w:rsidRPr="00925B34">
        <w:rPr>
          <w:rFonts w:ascii="Times New Roman" w:hAnsi="Times New Roman" w:cs="Times New Roman"/>
          <w:color w:val="000000" w:themeColor="text1"/>
        </w:rPr>
        <w:t xml:space="preserve">Este </w:t>
      </w:r>
      <w:proofErr w:type="spellStart"/>
      <w:r w:rsidRPr="00925B34">
        <w:rPr>
          <w:rFonts w:ascii="Times New Roman" w:hAnsi="Times New Roman" w:cs="Times New Roman"/>
          <w:color w:val="000000" w:themeColor="text1"/>
        </w:rPr>
        <w:t>responsabil</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în</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cadrul</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programului</w:t>
      </w:r>
      <w:proofErr w:type="spellEnd"/>
      <w:r w:rsidRPr="00925B34">
        <w:rPr>
          <w:rFonts w:ascii="Times New Roman" w:hAnsi="Times New Roman" w:cs="Times New Roman"/>
          <w:color w:val="000000" w:themeColor="text1"/>
        </w:rPr>
        <w:t xml:space="preserve"> de lucru de supravegherea, verificarea funcționării și exploatării stației de oxigen conform instrucțiunilor tehnice. </w:t>
      </w:r>
      <w:proofErr w:type="spellStart"/>
      <w:r w:rsidRPr="00925B34">
        <w:rPr>
          <w:rFonts w:ascii="Times New Roman" w:hAnsi="Times New Roman" w:cs="Times New Roman"/>
          <w:color w:val="000000" w:themeColor="text1"/>
        </w:rPr>
        <w:t>Semnalează</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imediat</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orice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abateri</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sau</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anomalii</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în</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funcționare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către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firma</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contractantă</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și</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către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șeful</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ierarhic</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fiind</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interzisă</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orice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intervenție</w:t>
      </w:r>
      <w:proofErr w:type="spellEnd"/>
      <w:r w:rsidRPr="00925B34">
        <w:rPr>
          <w:rFonts w:ascii="Times New Roman" w:hAnsi="Times New Roman" w:cs="Times New Roman"/>
          <w:color w:val="000000" w:themeColor="text1"/>
        </w:rPr>
        <w:t xml:space="preserve"> de reparație neautorizată.</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Răspunde în cadrul programului de lucru de descărcarea, depozitarea și manipularea buteliilor de oxigen de uz medical, cu respectarea strictă a legislației naționale în vigoare, a protocoalelor interne și doar după obținerea instruirii/atestării specifice necesare pentru manipularea recipientelor sub presiune.</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Asigură exploatarea zilnică în condiții de maximă siguranță, supravegherea tehnică continuă, întreținerea curentă și remedierea operativă a defecțiunilor minore strict în limita competențelor și autorizărilor sale profesionale la instalațiile de fluide medicale (oxigen, aer medical, vacuum).</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Efectuează inspecția vizuală zilnică a stocatorului criogenic de oxigen medical, verificând presiunile de lucru și nivelul de gaz lichefiat. Monitorizează și raportează imediat apariția de înghețuri masive pe regulatoarele de presiune sau pe senzorii de linie [HTM 02-01].</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Manevre de siguranță urgente: În caz de defecțiune masivă sau îngheț la o supapă de siguranță aflată în funcțiune, are obligația și dreptul (dacă este instruit/atestat) de a acționa exclusiv ventilul divertor (robinetul cu trei căi) pentru a izola supapa avariată și a trece fluxul pe supapa de rezervă funcțională [HTM 02-01]. Este strict interzisă blocarea supapelor cu dopuri sau strângerea forțată a arcului.</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lastRenderedPageBreak/>
        <w:t>Verifică zilnic compresoarele de aer (fără ulei) și pompele de vacuum din cadrul Stației de Aer Medical și Vacuum. Efectuează purjarea manuală/automată a condensului din rezervoarele tampon și verifică indicatoarele de colmatare ale filtrelor [HTM 02-01].</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Schimbă buteliile de oxigen sau protoxid de azot din rampele colectoare de rezervă/avarie când presiunea scade sub limita de regim, asigurând etanșeitatea perfectă a conexiunilor prin metodele autorizate.</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Monitorizează permanent presiunile pe tablourile de alarmă de sector (Zone Valve Boxes) de pe holurile secțiilor [HTM 02-01]. Urmărește ca presiunea nominală la prize să fie menținută la 4,0 bar (cu o toleranță admisă de 3,2 - 4,8 bar).</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Remediază pierderile minore de gaz de la prizele de perete din saloane, Bloc Operator și ATI și înlocuiește debitmetrele clinice defecte, exclusiv în limitele procedurilor tehnice permise personalului intern instruit.</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Norme drastice anti-explozie: În timpul manipulării reductoarelor, buteliilor sau prizelor de oxigen, îi este strict interzis să aibă urme de ulei, vaselină minerală, grăsimi sau creme pe mâini, mănuși sau unelte, pentru a preveni combustia spontană ori explozia violentă.</w:t>
      </w:r>
    </w:p>
    <w:p w:rsidR="00075328" w:rsidRPr="00925B34" w:rsidRDefault="005E5AD0">
      <w:pPr>
        <w:spacing w:before="120" w:after="80"/>
        <w:rPr>
          <w:rFonts w:ascii="Times New Roman" w:hAnsi="Times New Roman" w:cs="Times New Roman"/>
          <w:color w:val="000000" w:themeColor="text1"/>
        </w:rPr>
      </w:pPr>
      <w:r w:rsidRPr="00925B34">
        <w:rPr>
          <w:rFonts w:ascii="Times New Roman" w:hAnsi="Times New Roman" w:cs="Times New Roman"/>
          <w:b/>
          <w:color w:val="000000" w:themeColor="text1"/>
        </w:rPr>
        <w:t>3. Supravegherea stațiilor de ventilație, climatizare și tratare a aerului</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Monitorizează funcționarea stațiilor de ventilare, climatizare și tratare a aerului din incinta unității sanitare. Verifică zilnic funcționarea ventilatoarelor, a motoarelor electrice și a curelelor de transmisie ale Centralelor de Tratare a Aerului (CTA).</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Monitorizează pierderile de presiune pe treptele de filtrare (filtre grosiere, filtre de carbon și filtre HEPA). Înlocuiește filtrele de aer grosiere la intervalele stabilite în planul de mentenanță preventivă.</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Verifică funcționarea trapelor de reîmprospătare a aerului și raportează imediat orice deviații de debit sau temperatură care pot vicia suprapresiunea obligatorie din sălile de operație.</w:t>
      </w:r>
    </w:p>
    <w:p w:rsidR="00075328" w:rsidRPr="00925B34" w:rsidRDefault="005E5AD0" w:rsidP="00470DC0">
      <w:pPr>
        <w:spacing w:before="120" w:after="80"/>
        <w:rPr>
          <w:rFonts w:ascii="Times New Roman" w:hAnsi="Times New Roman" w:cs="Times New Roman"/>
          <w:color w:val="000000" w:themeColor="text1"/>
        </w:rPr>
      </w:pPr>
      <w:r w:rsidRPr="00925B34">
        <w:rPr>
          <w:rFonts w:ascii="Times New Roman" w:hAnsi="Times New Roman" w:cs="Times New Roman"/>
          <w:b/>
          <w:color w:val="000000" w:themeColor="text1"/>
        </w:rPr>
        <w:t xml:space="preserve">4. </w:t>
      </w:r>
      <w:proofErr w:type="spellStart"/>
      <w:r w:rsidRPr="00925B34">
        <w:rPr>
          <w:rFonts w:ascii="Times New Roman" w:hAnsi="Times New Roman" w:cs="Times New Roman"/>
          <w:b/>
          <w:color w:val="000000" w:themeColor="text1"/>
        </w:rPr>
        <w:t>Fluxul</w:t>
      </w:r>
      <w:proofErr w:type="spellEnd"/>
      <w:r w:rsidRPr="00925B34">
        <w:rPr>
          <w:rFonts w:ascii="Times New Roman" w:hAnsi="Times New Roman" w:cs="Times New Roman"/>
          <w:b/>
          <w:color w:val="000000" w:themeColor="text1"/>
        </w:rPr>
        <w:t xml:space="preserve"> </w:t>
      </w:r>
      <w:proofErr w:type="spellStart"/>
      <w:r w:rsidRPr="00925B34">
        <w:rPr>
          <w:rFonts w:ascii="Times New Roman" w:hAnsi="Times New Roman" w:cs="Times New Roman"/>
          <w:b/>
          <w:color w:val="000000" w:themeColor="text1"/>
        </w:rPr>
        <w:t>operațional</w:t>
      </w:r>
      <w:proofErr w:type="spellEnd"/>
      <w:r w:rsidRPr="00925B34">
        <w:rPr>
          <w:rFonts w:ascii="Times New Roman" w:hAnsi="Times New Roman" w:cs="Times New Roman"/>
          <w:b/>
          <w:color w:val="000000" w:themeColor="text1"/>
        </w:rPr>
        <w:t xml:space="preserve">, </w:t>
      </w:r>
      <w:proofErr w:type="spellStart"/>
      <w:r w:rsidRPr="00925B34">
        <w:rPr>
          <w:rFonts w:ascii="Times New Roman" w:hAnsi="Times New Roman" w:cs="Times New Roman"/>
          <w:b/>
          <w:color w:val="000000" w:themeColor="text1"/>
        </w:rPr>
        <w:t>gestionarea</w:t>
      </w:r>
      <w:proofErr w:type="spellEnd"/>
      <w:r w:rsidRPr="00925B34">
        <w:rPr>
          <w:rFonts w:ascii="Times New Roman" w:hAnsi="Times New Roman" w:cs="Times New Roman"/>
          <w:b/>
          <w:color w:val="000000" w:themeColor="text1"/>
        </w:rPr>
        <w:t xml:space="preserve"> </w:t>
      </w:r>
      <w:proofErr w:type="spellStart"/>
      <w:r w:rsidRPr="00925B34">
        <w:rPr>
          <w:rFonts w:ascii="Times New Roman" w:hAnsi="Times New Roman" w:cs="Times New Roman"/>
          <w:b/>
          <w:color w:val="000000" w:themeColor="text1"/>
        </w:rPr>
        <w:t>avariilor</w:t>
      </w:r>
      <w:proofErr w:type="spellEnd"/>
      <w:r w:rsidRPr="00925B34">
        <w:rPr>
          <w:rFonts w:ascii="Times New Roman" w:hAnsi="Times New Roman" w:cs="Times New Roman"/>
          <w:b/>
          <w:color w:val="000000" w:themeColor="text1"/>
        </w:rPr>
        <w:t xml:space="preserve"> </w:t>
      </w:r>
      <w:proofErr w:type="spellStart"/>
      <w:r w:rsidRPr="00925B34">
        <w:rPr>
          <w:rFonts w:ascii="Times New Roman" w:hAnsi="Times New Roman" w:cs="Times New Roman"/>
          <w:b/>
          <w:color w:val="000000" w:themeColor="text1"/>
        </w:rPr>
        <w:t>și</w:t>
      </w:r>
      <w:proofErr w:type="spellEnd"/>
      <w:r w:rsidRPr="00925B34">
        <w:rPr>
          <w:rFonts w:ascii="Times New Roman" w:hAnsi="Times New Roman" w:cs="Times New Roman"/>
          <w:b/>
          <w:color w:val="000000" w:themeColor="text1"/>
        </w:rPr>
        <w:t xml:space="preserve"> </w:t>
      </w:r>
      <w:proofErr w:type="spellStart"/>
      <w:r w:rsidRPr="00925B34">
        <w:rPr>
          <w:rFonts w:ascii="Times New Roman" w:hAnsi="Times New Roman" w:cs="Times New Roman"/>
          <w:b/>
          <w:color w:val="000000" w:themeColor="text1"/>
        </w:rPr>
        <w:t>organizarea</w:t>
      </w:r>
      <w:proofErr w:type="spellEnd"/>
      <w:r w:rsidRPr="00925B34">
        <w:rPr>
          <w:rFonts w:ascii="Times New Roman" w:hAnsi="Times New Roman" w:cs="Times New Roman"/>
          <w:b/>
          <w:color w:val="000000" w:themeColor="text1"/>
        </w:rPr>
        <w:t xml:space="preserve"> </w:t>
      </w:r>
      <w:proofErr w:type="spellStart"/>
      <w:r w:rsidRPr="00925B34">
        <w:rPr>
          <w:rFonts w:ascii="Times New Roman" w:hAnsi="Times New Roman" w:cs="Times New Roman"/>
          <w:b/>
          <w:color w:val="000000" w:themeColor="text1"/>
        </w:rPr>
        <w:t>muncii</w:t>
      </w:r>
      <w:proofErr w:type="spellEnd"/>
      <w:r w:rsidRPr="00925B34">
        <w:rPr>
          <w:rFonts w:ascii="Times New Roman" w:hAnsi="Times New Roman" w:cs="Times New Roman"/>
          <w:b/>
          <w:color w:val="000000" w:themeColor="text1"/>
        </w:rPr>
        <w:t xml:space="preserve"> </w:t>
      </w:r>
      <w:r w:rsidR="00470DC0" w:rsidRPr="00925B34">
        <w:rPr>
          <w:rFonts w:ascii="Times New Roman" w:hAnsi="Times New Roman" w:cs="Times New Roman"/>
          <w:b/>
          <w:color w:val="000000" w:themeColor="text1"/>
        </w:rPr>
        <w:t xml:space="preserve">                                               </w:t>
      </w:r>
      <w:proofErr w:type="spellStart"/>
      <w:r w:rsidRPr="00925B34">
        <w:rPr>
          <w:rFonts w:ascii="Times New Roman" w:hAnsi="Times New Roman" w:cs="Times New Roman"/>
          <w:color w:val="000000" w:themeColor="text1"/>
        </w:rPr>
        <w:t>Întocmește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Fișe</w:t>
      </w:r>
      <w:proofErr w:type="spellEnd"/>
      <w:r w:rsidRPr="00925B34">
        <w:rPr>
          <w:rFonts w:ascii="Times New Roman" w:hAnsi="Times New Roman" w:cs="Times New Roman"/>
          <w:color w:val="000000" w:themeColor="text1"/>
        </w:rPr>
        <w:t xml:space="preserve"> de </w:t>
      </w:r>
      <w:proofErr w:type="spellStart"/>
      <w:r w:rsidRPr="00925B34">
        <w:rPr>
          <w:rFonts w:ascii="Times New Roman" w:hAnsi="Times New Roman" w:cs="Times New Roman"/>
          <w:color w:val="000000" w:themeColor="text1"/>
        </w:rPr>
        <w:t>lucru</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pentru</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sarcinile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repartizate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și</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executate</w:t>
      </w:r>
      <w:proofErr w:type="spellEnd"/>
      <w:r w:rsidRPr="00925B34">
        <w:rPr>
          <w:rFonts w:ascii="Times New Roman" w:hAnsi="Times New Roman" w:cs="Times New Roman"/>
          <w:color w:val="000000" w:themeColor="text1"/>
        </w:rPr>
        <w:t>, pe care le prezintă șefului ierarhic superior pentru avizare, înainte de începerea lucrărilor. Ridică de la magazia atelierului materialele necesare execuției.</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După terminarea lucrării, semnează Fișa de lucru la împuternicitul secției unde a executat lucrarea de întreținere-reparație și o predă ulterior șefului ierarhic superior.</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Atunci când lucrează în tură, asigură înregistrarea defecțiunilor sesizate de secțiile din spital în Registrul special și le distribuie formațiilor de lucru, pe categorii de lucrări. Preia prompt și periodic din Registrul de defecțiuni problemele specifice și se ocupă de rezolvarea lor în timp util.</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Participă activ la rezolvarea avariilor din cadrul unității și la restabilirea stării normale de lucru în spital, inclusiv în mod restrictiv la activitățile de asanare a subsolului tehnic. Intervenția în subsolul tehnic inundat se va realiza strict după scoaterea completă sub tensiune a tuturor circuitelor electrice din zonă și exclusiv cu asigurarea echipamentului individual de protecție (EIP) adecvat riscurilor biologice și electrice, conform normativelor SSM.</w:t>
      </w:r>
    </w:p>
    <w:p w:rsidR="00075328" w:rsidRPr="00925B34" w:rsidRDefault="005E5AD0">
      <w:pPr>
        <w:pStyle w:val="Listcumarcatori"/>
        <w:rPr>
          <w:rFonts w:ascii="Times New Roman" w:hAnsi="Times New Roman" w:cs="Times New Roman"/>
          <w:color w:val="000000" w:themeColor="text1"/>
        </w:rPr>
      </w:pPr>
      <w:proofErr w:type="spellStart"/>
      <w:r w:rsidRPr="00925B34">
        <w:rPr>
          <w:rFonts w:ascii="Times New Roman" w:hAnsi="Times New Roman" w:cs="Times New Roman"/>
          <w:color w:val="000000" w:themeColor="text1"/>
        </w:rPr>
        <w:t>Acțiuni</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în</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caz</w:t>
      </w:r>
      <w:proofErr w:type="spellEnd"/>
      <w:r w:rsidRPr="00925B34">
        <w:rPr>
          <w:rFonts w:ascii="Times New Roman" w:hAnsi="Times New Roman" w:cs="Times New Roman"/>
          <w:color w:val="000000" w:themeColor="text1"/>
        </w:rPr>
        <w:t xml:space="preserve"> de </w:t>
      </w:r>
      <w:proofErr w:type="spellStart"/>
      <w:r w:rsidRPr="00925B34">
        <w:rPr>
          <w:rFonts w:ascii="Times New Roman" w:hAnsi="Times New Roman" w:cs="Times New Roman"/>
          <w:color w:val="000000" w:themeColor="text1"/>
        </w:rPr>
        <w:t>avarii</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multitip</w:t>
      </w:r>
      <w:r w:rsidR="00470DC0" w:rsidRPr="00925B34">
        <w:rPr>
          <w:rFonts w:ascii="Times New Roman" w:hAnsi="Times New Roman" w:cs="Times New Roman"/>
          <w:color w:val="000000" w:themeColor="text1"/>
        </w:rPr>
        <w:t>le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În</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caz</w:t>
      </w:r>
      <w:proofErr w:type="spellEnd"/>
      <w:r w:rsidRPr="00925B34">
        <w:rPr>
          <w:rFonts w:ascii="Times New Roman" w:hAnsi="Times New Roman" w:cs="Times New Roman"/>
          <w:color w:val="000000" w:themeColor="text1"/>
        </w:rPr>
        <w:t xml:space="preserve"> de </w:t>
      </w:r>
      <w:proofErr w:type="spellStart"/>
      <w:r w:rsidRPr="00925B34">
        <w:rPr>
          <w:rFonts w:ascii="Times New Roman" w:hAnsi="Times New Roman" w:cs="Times New Roman"/>
          <w:color w:val="000000" w:themeColor="text1"/>
        </w:rPr>
        <w:t>urgență</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majoră</w:t>
      </w:r>
      <w:proofErr w:type="spellEnd"/>
      <w:r w:rsidRPr="00925B34">
        <w:rPr>
          <w:rFonts w:ascii="Times New Roman" w:hAnsi="Times New Roman" w:cs="Times New Roman"/>
          <w:color w:val="000000" w:themeColor="text1"/>
        </w:rPr>
        <w:t xml:space="preserve"> la </w:t>
      </w:r>
      <w:proofErr w:type="spellStart"/>
      <w:r w:rsidRPr="00925B34">
        <w:rPr>
          <w:rFonts w:ascii="Times New Roman" w:hAnsi="Times New Roman" w:cs="Times New Roman"/>
          <w:color w:val="000000" w:themeColor="text1"/>
        </w:rPr>
        <w:t>rețelele</w:t>
      </w:r>
      <w:proofErr w:type="spellEnd"/>
      <w:r w:rsidRPr="00925B34">
        <w:rPr>
          <w:rFonts w:ascii="Times New Roman" w:hAnsi="Times New Roman" w:cs="Times New Roman"/>
          <w:color w:val="000000" w:themeColor="text1"/>
        </w:rPr>
        <w:t xml:space="preserve"> de apă, gaze naturale, oxigen sau aer comprimat, acționează cu celeritate exclusiv pentru izolarea avariei (închiderea robineților generali de siguranță/avarie) și punerea zonei în siguranță, după care anunță imediat șefii direcți și dispeceratele firmelor specializate/autorizate pentru reparația propriu-zisă.</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Intervine la echipamente și instalații strict în limitele competențelor și autorizărilor sale profesionale, în conformitate cu prevederile normelor și programele de întreținere specifice.</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lastRenderedPageBreak/>
        <w:t>Își organizează locul de muncă astfel încât, prin activitatea desfășurată, să nu stânjenească sub nicio formă buna desfășurare a actului medical și siguranța pacienților.</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La solicitarea șefilor ierarhici, are obligația de a prelua temporar sarcinile de serviciu ale colegilor cu aceeași calificare aflați în concediu de odihnă sau medical.</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Semnalează din timp șefului direct necesarul de materiale tehnice pentru buna întreținere a sectorului încredințat.</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Stabilește împreună cu șeful direct cauzele distrugerilor produse pe sectorul său de activitate.</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În perioadele în care nu sunt solicitări active de intervenții de urgență, execută alte activități cu caracter tehnic conexe specialității sale (în limita competențelor sale profesionale), stabilite de conducere pentru utilizarea integrală și legală a timpului de muncă zilnic.</w:t>
      </w:r>
    </w:p>
    <w:p w:rsidR="00075328" w:rsidRPr="00925B34" w:rsidRDefault="009331B0">
      <w:pPr>
        <w:spacing w:before="240" w:after="120"/>
        <w:rPr>
          <w:rFonts w:ascii="Times New Roman" w:hAnsi="Times New Roman" w:cs="Times New Roman"/>
          <w:color w:val="000000" w:themeColor="text1"/>
        </w:rPr>
      </w:pPr>
      <w:r>
        <w:rPr>
          <w:rFonts w:ascii="Times New Roman" w:hAnsi="Times New Roman" w:cs="Times New Roman"/>
          <w:b/>
          <w:color w:val="000000" w:themeColor="text1"/>
        </w:rPr>
        <w:t>V</w:t>
      </w:r>
      <w:r w:rsidR="005E5AD0" w:rsidRPr="00925B34">
        <w:rPr>
          <w:rFonts w:ascii="Times New Roman" w:hAnsi="Times New Roman" w:cs="Times New Roman"/>
          <w:b/>
          <w:color w:val="000000" w:themeColor="text1"/>
        </w:rPr>
        <w:t>. RESPONSABILITĂȚI PRIVIND GESTIUNEA ȘI DOTĂRILE</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Utilizează sculele, aparatura de măsură și echipamentele din dotare în mod judicios și strict conform instrucțiunilor producătorului, având grijă să nu fie deteriorate.</w:t>
      </w:r>
    </w:p>
    <w:p w:rsidR="00075328" w:rsidRPr="00925B34" w:rsidRDefault="005E5AD0">
      <w:pPr>
        <w:pStyle w:val="Listcumarcatori"/>
        <w:rPr>
          <w:rFonts w:ascii="Times New Roman" w:hAnsi="Times New Roman" w:cs="Times New Roman"/>
          <w:color w:val="000000" w:themeColor="text1"/>
        </w:rPr>
      </w:pPr>
      <w:r w:rsidRPr="00925B34">
        <w:rPr>
          <w:rFonts w:ascii="Times New Roman" w:hAnsi="Times New Roman" w:cs="Times New Roman"/>
          <w:color w:val="000000" w:themeColor="text1"/>
        </w:rPr>
        <w:t xml:space="preserve">Răspunde direct de păstrarea în stare de funcționare a mijloacelor fixe și a obiectelor de inventar din dotarea atelierului, asigurându-se că acestea nu sunt deteriorate, </w:t>
      </w:r>
      <w:proofErr w:type="spellStart"/>
      <w:r w:rsidRPr="00925B34">
        <w:rPr>
          <w:rFonts w:ascii="Times New Roman" w:hAnsi="Times New Roman" w:cs="Times New Roman"/>
          <w:color w:val="000000" w:themeColor="text1"/>
        </w:rPr>
        <w:t>pierdute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sau</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folosite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în</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scopuri</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personale</w:t>
      </w:r>
      <w:proofErr w:type="spellEnd"/>
      <w:r w:rsidRPr="00925B34">
        <w:rPr>
          <w:rFonts w:ascii="Times New Roman" w:hAnsi="Times New Roman" w:cs="Times New Roman"/>
          <w:color w:val="000000" w:themeColor="text1"/>
        </w:rPr>
        <w:t>.</w:t>
      </w:r>
    </w:p>
    <w:p w:rsidR="00925B34" w:rsidRPr="00925B34" w:rsidRDefault="00925B34" w:rsidP="00925B34">
      <w:pPr>
        <w:pStyle w:val="Listcumarcatori"/>
        <w:rPr>
          <w:rFonts w:ascii="Times New Roman" w:hAnsi="Times New Roman" w:cs="Times New Roman"/>
        </w:rPr>
      </w:pPr>
      <w:proofErr w:type="spellStart"/>
      <w:r w:rsidRPr="00925B34">
        <w:rPr>
          <w:rFonts w:ascii="Times New Roman" w:eastAsia="SimSun" w:hAnsi="Times New Roman" w:cs="Times New Roman"/>
        </w:rPr>
        <w:t>Responsabilităţi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privind</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sistemul</w:t>
      </w:r>
      <w:proofErr w:type="spellEnd"/>
      <w:r w:rsidRPr="00925B34">
        <w:rPr>
          <w:rFonts w:ascii="Times New Roman" w:eastAsia="SimSun" w:hAnsi="Times New Roman" w:cs="Times New Roman"/>
        </w:rPr>
        <w:t xml:space="preserve"> de management al </w:t>
      </w:r>
      <w:proofErr w:type="spellStart"/>
      <w:r w:rsidRPr="00925B34">
        <w:rPr>
          <w:rFonts w:ascii="Times New Roman" w:eastAsia="SimSun" w:hAnsi="Times New Roman" w:cs="Times New Roman"/>
        </w:rPr>
        <w:t>calităţii</w:t>
      </w:r>
      <w:proofErr w:type="spellEnd"/>
      <w:r w:rsidRPr="00925B34">
        <w:rPr>
          <w:rFonts w:ascii="Times New Roman" w:eastAsia="SimSun" w:hAnsi="Times New Roman" w:cs="Times New Roman"/>
        </w:rPr>
        <w:t xml:space="preserve">: </w:t>
      </w:r>
    </w:p>
    <w:p w:rsidR="00925B34" w:rsidRPr="00925B34" w:rsidRDefault="00925B34" w:rsidP="00925B34">
      <w:pPr>
        <w:pStyle w:val="Listcumarcatori"/>
        <w:rPr>
          <w:rFonts w:ascii="Times New Roman" w:eastAsia="SimSun" w:hAnsi="Times New Roman" w:cs="Times New Roman"/>
        </w:rPr>
      </w:pPr>
      <w:r w:rsidRPr="00925B34">
        <w:rPr>
          <w:rFonts w:ascii="Times New Roman" w:eastAsia="SimSun" w:hAnsi="Times New Roman" w:cs="Times New Roman"/>
          <w:b/>
          <w:bCs/>
        </w:rPr>
        <w:t xml:space="preserve"> </w:t>
      </w:r>
      <w:r w:rsidRPr="00925B34">
        <w:rPr>
          <w:rFonts w:ascii="Times New Roman" w:eastAsia="SimSun" w:hAnsi="Times New Roman" w:cs="Times New Roman"/>
          <w:b/>
          <w:bCs/>
          <w:lang w:val="ro-RO"/>
        </w:rPr>
        <w:t>-</w:t>
      </w:r>
      <w:r w:rsidRPr="00925B34">
        <w:rPr>
          <w:rFonts w:ascii="Times New Roman" w:eastAsia="SimSun" w:hAnsi="Times New Roman" w:cs="Times New Roman"/>
          <w:lang w:val="ro-RO"/>
        </w:rPr>
        <w:t>S</w:t>
      </w:r>
      <w:r w:rsidRPr="00925B34">
        <w:rPr>
          <w:rFonts w:ascii="Times New Roman" w:eastAsia="SimSun" w:hAnsi="Times New Roman" w:cs="Times New Roman"/>
        </w:rPr>
        <w:t xml:space="preserve">ă </w:t>
      </w:r>
      <w:proofErr w:type="spellStart"/>
      <w:r w:rsidRPr="00925B34">
        <w:rPr>
          <w:rFonts w:ascii="Times New Roman" w:eastAsia="SimSun" w:hAnsi="Times New Roman" w:cs="Times New Roman"/>
        </w:rPr>
        <w:t>cunoască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respecte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documentele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Sistemului</w:t>
      </w:r>
      <w:proofErr w:type="spellEnd"/>
      <w:r w:rsidRPr="00925B34">
        <w:rPr>
          <w:rFonts w:ascii="Times New Roman" w:eastAsia="SimSun" w:hAnsi="Times New Roman" w:cs="Times New Roman"/>
        </w:rPr>
        <w:t xml:space="preserve"> de Management de </w:t>
      </w:r>
      <w:proofErr w:type="spellStart"/>
      <w:r w:rsidRPr="00925B34">
        <w:rPr>
          <w:rFonts w:ascii="Times New Roman" w:eastAsia="SimSun" w:hAnsi="Times New Roman" w:cs="Times New Roman"/>
        </w:rPr>
        <w:t>Calitate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aplicabile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în</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activitatea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depusă</w:t>
      </w:r>
      <w:proofErr w:type="spellEnd"/>
      <w:r w:rsidRPr="00925B34">
        <w:rPr>
          <w:rFonts w:ascii="Times New Roman" w:eastAsia="SimSun" w:hAnsi="Times New Roman" w:cs="Times New Roman"/>
        </w:rPr>
        <w:t xml:space="preserve">; </w:t>
      </w:r>
    </w:p>
    <w:p w:rsidR="00925B34" w:rsidRPr="00925B34" w:rsidRDefault="00925B34" w:rsidP="00925B34">
      <w:pPr>
        <w:pStyle w:val="Listcumarcatori"/>
        <w:rPr>
          <w:rFonts w:ascii="Times New Roman" w:eastAsia="SimSun" w:hAnsi="Times New Roman" w:cs="Times New Roman"/>
        </w:rPr>
      </w:pPr>
      <w:r w:rsidRPr="00925B34">
        <w:rPr>
          <w:rFonts w:ascii="Times New Roman" w:eastAsia="SimSun" w:hAnsi="Times New Roman" w:cs="Times New Roman"/>
          <w:b/>
          <w:bCs/>
        </w:rPr>
        <w:t xml:space="preserve"> </w:t>
      </w:r>
      <w:r w:rsidRPr="00925B34">
        <w:rPr>
          <w:rFonts w:ascii="Times New Roman" w:eastAsia="SimSun" w:hAnsi="Times New Roman" w:cs="Times New Roman"/>
          <w:b/>
          <w:bCs/>
          <w:lang w:val="ro-RO"/>
        </w:rPr>
        <w:t>-</w:t>
      </w:r>
      <w:r w:rsidRPr="00925B34">
        <w:rPr>
          <w:rFonts w:ascii="Times New Roman" w:eastAsia="SimSun" w:hAnsi="Times New Roman" w:cs="Times New Roman"/>
          <w:lang w:val="ro-RO"/>
        </w:rPr>
        <w:t>S</w:t>
      </w:r>
      <w:r w:rsidRPr="00925B34">
        <w:rPr>
          <w:rFonts w:ascii="Times New Roman" w:eastAsia="SimSun" w:hAnsi="Times New Roman" w:cs="Times New Roman"/>
        </w:rPr>
        <w:t xml:space="preserve">ă </w:t>
      </w:r>
      <w:proofErr w:type="spellStart"/>
      <w:r w:rsidRPr="00925B34">
        <w:rPr>
          <w:rFonts w:ascii="Times New Roman" w:eastAsia="SimSun" w:hAnsi="Times New Roman" w:cs="Times New Roman"/>
        </w:rPr>
        <w:t>participe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activ</w:t>
      </w:r>
      <w:proofErr w:type="spellEnd"/>
      <w:r w:rsidRPr="00925B34">
        <w:rPr>
          <w:rFonts w:ascii="Times New Roman" w:eastAsia="SimSun" w:hAnsi="Times New Roman" w:cs="Times New Roman"/>
        </w:rPr>
        <w:t xml:space="preserve"> la </w:t>
      </w:r>
      <w:proofErr w:type="spellStart"/>
      <w:r w:rsidRPr="00925B34">
        <w:rPr>
          <w:rFonts w:ascii="Times New Roman" w:eastAsia="SimSun" w:hAnsi="Times New Roman" w:cs="Times New Roman"/>
        </w:rPr>
        <w:t>realizarea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obiectivelor</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generale</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calitate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stabilite</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managementul</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calitate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si</w:t>
      </w:r>
      <w:proofErr w:type="spellEnd"/>
      <w:r w:rsidRPr="00925B34">
        <w:rPr>
          <w:rFonts w:ascii="Times New Roman" w:eastAsia="SimSun" w:hAnsi="Times New Roman" w:cs="Times New Roman"/>
        </w:rPr>
        <w:t xml:space="preserve"> a </w:t>
      </w:r>
      <w:proofErr w:type="spellStart"/>
      <w:r w:rsidRPr="00925B34">
        <w:rPr>
          <w:rFonts w:ascii="Times New Roman" w:eastAsia="SimSun" w:hAnsi="Times New Roman" w:cs="Times New Roman"/>
        </w:rPr>
        <w:t>obiectivelor</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specifice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locului</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muncă</w:t>
      </w:r>
      <w:proofErr w:type="spellEnd"/>
      <w:r w:rsidRPr="00925B34">
        <w:rPr>
          <w:rFonts w:ascii="Times New Roman" w:eastAsia="SimSun" w:hAnsi="Times New Roman" w:cs="Times New Roman"/>
        </w:rPr>
        <w:t xml:space="preserve">. </w:t>
      </w:r>
    </w:p>
    <w:p w:rsidR="00925B34" w:rsidRPr="00925B34" w:rsidRDefault="00925B34" w:rsidP="00925B34">
      <w:pPr>
        <w:pStyle w:val="Listcumarcatori"/>
        <w:rPr>
          <w:rFonts w:ascii="Times New Roman" w:eastAsia="SimSun" w:hAnsi="Times New Roman" w:cs="Times New Roman"/>
        </w:rPr>
      </w:pPr>
    </w:p>
    <w:p w:rsidR="00925B34" w:rsidRPr="00925B34" w:rsidRDefault="00925B34" w:rsidP="00925B34">
      <w:pPr>
        <w:pStyle w:val="Listcumarcatori"/>
        <w:rPr>
          <w:rFonts w:ascii="Times New Roman" w:eastAsia="SimSun" w:hAnsi="Times New Roman" w:cs="Times New Roman"/>
        </w:rPr>
      </w:pPr>
      <w:proofErr w:type="spellStart"/>
      <w:r w:rsidRPr="00925B34">
        <w:rPr>
          <w:rFonts w:ascii="Times New Roman" w:eastAsia="SimSun" w:hAnsi="Times New Roman" w:cs="Times New Roman"/>
        </w:rPr>
        <w:t>Atribuţii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obligaţii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în</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conformitate</w:t>
      </w:r>
      <w:proofErr w:type="spellEnd"/>
      <w:r w:rsidRPr="00925B34">
        <w:rPr>
          <w:rFonts w:ascii="Times New Roman" w:eastAsia="SimSun" w:hAnsi="Times New Roman" w:cs="Times New Roman"/>
        </w:rPr>
        <w:t xml:space="preserve"> cu </w:t>
      </w:r>
      <w:proofErr w:type="spellStart"/>
      <w:r w:rsidRPr="00925B34">
        <w:rPr>
          <w:rFonts w:ascii="Times New Roman" w:eastAsia="SimSun" w:hAnsi="Times New Roman" w:cs="Times New Roman"/>
        </w:rPr>
        <w:t>prevederile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Legii</w:t>
      </w:r>
      <w:proofErr w:type="spellEnd"/>
      <w:r w:rsidRPr="00925B34">
        <w:rPr>
          <w:rFonts w:ascii="Times New Roman" w:eastAsia="SimSun" w:hAnsi="Times New Roman" w:cs="Times New Roman"/>
        </w:rPr>
        <w:t xml:space="preserve"> nr.319/2006 – </w:t>
      </w:r>
      <w:proofErr w:type="spellStart"/>
      <w:r w:rsidRPr="00925B34">
        <w:rPr>
          <w:rFonts w:ascii="Times New Roman" w:eastAsia="SimSun" w:hAnsi="Times New Roman" w:cs="Times New Roman"/>
        </w:rPr>
        <w:t>Legea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Securităţii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Sănătăţii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în</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Muncă</w:t>
      </w:r>
      <w:proofErr w:type="spellEnd"/>
      <w:r w:rsidRPr="00925B34">
        <w:rPr>
          <w:rFonts w:ascii="Times New Roman" w:eastAsia="SimSun" w:hAnsi="Times New Roman" w:cs="Times New Roman"/>
        </w:rPr>
        <w:t>:</w:t>
      </w:r>
    </w:p>
    <w:p w:rsidR="00925B34" w:rsidRPr="00925B34" w:rsidRDefault="00925B34" w:rsidP="00925B34">
      <w:pPr>
        <w:pStyle w:val="Listcumarcatori"/>
        <w:rPr>
          <w:rFonts w:ascii="Times New Roman" w:eastAsia="SimSun" w:hAnsi="Times New Roman" w:cs="Times New Roman"/>
        </w:rPr>
      </w:pPr>
      <w:r w:rsidRPr="00925B34">
        <w:rPr>
          <w:rFonts w:ascii="Times New Roman" w:eastAsia="SimSun" w:hAnsi="Times New Roman" w:cs="Times New Roman"/>
          <w:b/>
          <w:bCs/>
        </w:rPr>
        <w:t xml:space="preserve"> </w:t>
      </w:r>
      <w:r w:rsidRPr="00925B34">
        <w:rPr>
          <w:rFonts w:ascii="Times New Roman" w:eastAsia="SimSun" w:hAnsi="Times New Roman" w:cs="Times New Roman"/>
          <w:b/>
          <w:bCs/>
          <w:lang w:val="ro-RO"/>
        </w:rPr>
        <w:t>-</w:t>
      </w:r>
      <w:r w:rsidRPr="00925B34">
        <w:rPr>
          <w:rFonts w:ascii="Times New Roman" w:eastAsia="SimSun" w:hAnsi="Times New Roman" w:cs="Times New Roman"/>
          <w:lang w:val="ro-RO"/>
        </w:rPr>
        <w:t>S</w:t>
      </w:r>
      <w:r w:rsidRPr="00925B34">
        <w:rPr>
          <w:rFonts w:ascii="Times New Roman" w:eastAsia="SimSun" w:hAnsi="Times New Roman" w:cs="Times New Roman"/>
        </w:rPr>
        <w:t xml:space="preserve">ă </w:t>
      </w:r>
      <w:proofErr w:type="spellStart"/>
      <w:r w:rsidRPr="00925B34">
        <w:rPr>
          <w:rFonts w:ascii="Times New Roman" w:eastAsia="SimSun" w:hAnsi="Times New Roman" w:cs="Times New Roman"/>
        </w:rPr>
        <w:t>îşi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însuşească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respecte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normele</w:t>
      </w:r>
      <w:proofErr w:type="spellEnd"/>
      <w:r w:rsidRPr="00925B34">
        <w:rPr>
          <w:rFonts w:ascii="Times New Roman" w:eastAsia="SimSun" w:hAnsi="Times New Roman" w:cs="Times New Roman"/>
        </w:rPr>
        <w:t xml:space="preserve"> de Securitate </w:t>
      </w:r>
      <w:proofErr w:type="spellStart"/>
      <w:r w:rsidRPr="00925B34">
        <w:rPr>
          <w:rFonts w:ascii="Times New Roman" w:eastAsia="SimSun" w:hAnsi="Times New Roman" w:cs="Times New Roman"/>
        </w:rPr>
        <w:t>si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Sănătate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în</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Muncă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măsurile</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aplicare</w:t>
      </w:r>
      <w:proofErr w:type="spellEnd"/>
      <w:r w:rsidRPr="00925B34">
        <w:rPr>
          <w:rFonts w:ascii="Times New Roman" w:eastAsia="SimSun" w:hAnsi="Times New Roman" w:cs="Times New Roman"/>
        </w:rPr>
        <w:t xml:space="preserve"> a </w:t>
      </w:r>
      <w:proofErr w:type="spellStart"/>
      <w:r w:rsidRPr="00925B34">
        <w:rPr>
          <w:rFonts w:ascii="Times New Roman" w:eastAsia="SimSun" w:hAnsi="Times New Roman" w:cs="Times New Roman"/>
        </w:rPr>
        <w:t>acestora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participe</w:t>
      </w:r>
      <w:proofErr w:type="spellEnd"/>
      <w:r w:rsidRPr="00925B34">
        <w:rPr>
          <w:rFonts w:ascii="Times New Roman" w:eastAsia="SimSun" w:hAnsi="Times New Roman" w:cs="Times New Roman"/>
        </w:rPr>
        <w:t xml:space="preserve"> la </w:t>
      </w:r>
      <w:proofErr w:type="spellStart"/>
      <w:r w:rsidRPr="00925B34">
        <w:rPr>
          <w:rFonts w:ascii="Times New Roman" w:eastAsia="SimSun" w:hAnsi="Times New Roman" w:cs="Times New Roman"/>
        </w:rPr>
        <w:t>procesul</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instruire</w:t>
      </w:r>
      <w:proofErr w:type="spellEnd"/>
      <w:r w:rsidRPr="00925B34">
        <w:rPr>
          <w:rFonts w:ascii="Times New Roman" w:eastAsia="SimSun" w:hAnsi="Times New Roman" w:cs="Times New Roman"/>
        </w:rPr>
        <w:t xml:space="preserve"> conform </w:t>
      </w:r>
      <w:proofErr w:type="spellStart"/>
      <w:r w:rsidRPr="00925B34">
        <w:rPr>
          <w:rFonts w:ascii="Times New Roman" w:eastAsia="SimSun" w:hAnsi="Times New Roman" w:cs="Times New Roman"/>
        </w:rPr>
        <w:t>Planului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anual</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a </w:t>
      </w:r>
      <w:proofErr w:type="spellStart"/>
      <w:r w:rsidRPr="00925B34">
        <w:rPr>
          <w:rFonts w:ascii="Times New Roman" w:eastAsia="SimSun" w:hAnsi="Times New Roman" w:cs="Times New Roman"/>
        </w:rPr>
        <w:t>tematicii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aprobate</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către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angajator</w:t>
      </w:r>
      <w:proofErr w:type="spellEnd"/>
      <w:r w:rsidRPr="00925B34">
        <w:rPr>
          <w:rFonts w:ascii="Times New Roman" w:eastAsia="SimSun" w:hAnsi="Times New Roman" w:cs="Times New Roman"/>
        </w:rPr>
        <w:t>;</w:t>
      </w:r>
    </w:p>
    <w:p w:rsidR="00925B34" w:rsidRPr="00925B34" w:rsidRDefault="00925B34" w:rsidP="00925B34">
      <w:pPr>
        <w:pStyle w:val="Listcumarcatori"/>
        <w:rPr>
          <w:rFonts w:ascii="Times New Roman" w:hAnsi="Times New Roman" w:cs="Times New Roman"/>
          <w:b/>
          <w:bCs/>
        </w:rPr>
      </w:pPr>
      <w:r w:rsidRPr="00925B34">
        <w:rPr>
          <w:rFonts w:ascii="Times New Roman" w:eastAsia="SimSun" w:hAnsi="Times New Roman" w:cs="Times New Roman"/>
        </w:rPr>
        <w:t xml:space="preserve"> </w:t>
      </w:r>
      <w:r w:rsidRPr="00925B34">
        <w:rPr>
          <w:rFonts w:ascii="Times New Roman" w:eastAsia="SimSun" w:hAnsi="Times New Roman" w:cs="Times New Roman"/>
          <w:lang w:val="ro-RO"/>
        </w:rPr>
        <w:t>-S</w:t>
      </w:r>
      <w:r w:rsidRPr="00925B34">
        <w:rPr>
          <w:rFonts w:ascii="Times New Roman" w:eastAsia="SimSun" w:hAnsi="Times New Roman" w:cs="Times New Roman"/>
        </w:rPr>
        <w:t xml:space="preserve">ă </w:t>
      </w:r>
      <w:proofErr w:type="spellStart"/>
      <w:r w:rsidRPr="00925B34">
        <w:rPr>
          <w:rFonts w:ascii="Times New Roman" w:eastAsia="SimSun" w:hAnsi="Times New Roman" w:cs="Times New Roman"/>
        </w:rPr>
        <w:t>îşi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desfăşoare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activitatea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în</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conformitate</w:t>
      </w:r>
      <w:proofErr w:type="spellEnd"/>
      <w:r w:rsidRPr="00925B34">
        <w:rPr>
          <w:rFonts w:ascii="Times New Roman" w:eastAsia="SimSun" w:hAnsi="Times New Roman" w:cs="Times New Roman"/>
        </w:rPr>
        <w:t xml:space="preserve"> cu </w:t>
      </w:r>
      <w:proofErr w:type="spellStart"/>
      <w:r w:rsidRPr="00925B34">
        <w:rPr>
          <w:rFonts w:ascii="Times New Roman" w:eastAsia="SimSun" w:hAnsi="Times New Roman" w:cs="Times New Roman"/>
        </w:rPr>
        <w:t>pregătirea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instruirea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sa</w:t>
      </w:r>
      <w:proofErr w:type="spellEnd"/>
      <w:r w:rsidRPr="00925B34">
        <w:rPr>
          <w:rFonts w:ascii="Times New Roman" w:eastAsia="SimSun" w:hAnsi="Times New Roman" w:cs="Times New Roman"/>
        </w:rPr>
        <w:t xml:space="preserve">, precum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cu </w:t>
      </w:r>
      <w:proofErr w:type="spellStart"/>
      <w:r w:rsidRPr="00925B34">
        <w:rPr>
          <w:rFonts w:ascii="Times New Roman" w:eastAsia="SimSun" w:hAnsi="Times New Roman" w:cs="Times New Roman"/>
        </w:rPr>
        <w:t>instrucţiunile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primite</w:t>
      </w:r>
      <w:proofErr w:type="spellEnd"/>
      <w:r w:rsidRPr="00925B34">
        <w:rPr>
          <w:rFonts w:ascii="Times New Roman" w:eastAsia="SimSun" w:hAnsi="Times New Roman" w:cs="Times New Roman"/>
        </w:rPr>
        <w:t xml:space="preserve"> din </w:t>
      </w:r>
      <w:proofErr w:type="spellStart"/>
      <w:r w:rsidRPr="00925B34">
        <w:rPr>
          <w:rFonts w:ascii="Times New Roman" w:eastAsia="SimSun" w:hAnsi="Times New Roman" w:cs="Times New Roman"/>
        </w:rPr>
        <w:t>partea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angajatorului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astfel</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încât</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să</w:t>
      </w:r>
      <w:proofErr w:type="spellEnd"/>
      <w:r w:rsidRPr="00925B34">
        <w:rPr>
          <w:rFonts w:ascii="Times New Roman" w:eastAsia="SimSun" w:hAnsi="Times New Roman" w:cs="Times New Roman"/>
        </w:rPr>
        <w:t xml:space="preserve"> nu </w:t>
      </w:r>
      <w:proofErr w:type="spellStart"/>
      <w:r w:rsidRPr="00925B34">
        <w:rPr>
          <w:rFonts w:ascii="Times New Roman" w:eastAsia="SimSun" w:hAnsi="Times New Roman" w:cs="Times New Roman"/>
        </w:rPr>
        <w:t>expună</w:t>
      </w:r>
      <w:proofErr w:type="spellEnd"/>
      <w:r w:rsidRPr="00925B34">
        <w:rPr>
          <w:rFonts w:ascii="Times New Roman" w:eastAsia="SimSun" w:hAnsi="Times New Roman" w:cs="Times New Roman"/>
        </w:rPr>
        <w:t xml:space="preserve"> la </w:t>
      </w:r>
      <w:proofErr w:type="spellStart"/>
      <w:r w:rsidRPr="00925B34">
        <w:rPr>
          <w:rFonts w:ascii="Times New Roman" w:eastAsia="SimSun" w:hAnsi="Times New Roman" w:cs="Times New Roman"/>
        </w:rPr>
        <w:t>pericol</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accidentare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sau</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îmbolnăvire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profesională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atât</w:t>
      </w:r>
      <w:proofErr w:type="spellEnd"/>
      <w:r w:rsidRPr="00925B34">
        <w:rPr>
          <w:rFonts w:ascii="Times New Roman" w:eastAsia="SimSun" w:hAnsi="Times New Roman" w:cs="Times New Roman"/>
        </w:rPr>
        <w:t xml:space="preserve"> propria </w:t>
      </w:r>
      <w:proofErr w:type="spellStart"/>
      <w:r w:rsidRPr="00925B34">
        <w:rPr>
          <w:rFonts w:ascii="Times New Roman" w:eastAsia="SimSun" w:hAnsi="Times New Roman" w:cs="Times New Roman"/>
        </w:rPr>
        <w:t>persoană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cât</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alte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persoane</w:t>
      </w:r>
      <w:proofErr w:type="spellEnd"/>
      <w:r w:rsidRPr="00925B34">
        <w:rPr>
          <w:rFonts w:ascii="Times New Roman" w:eastAsia="SimSun" w:hAnsi="Times New Roman" w:cs="Times New Roman"/>
        </w:rPr>
        <w:t xml:space="preserve"> care pot fi </w:t>
      </w:r>
      <w:proofErr w:type="spellStart"/>
      <w:r w:rsidRPr="00925B34">
        <w:rPr>
          <w:rFonts w:ascii="Times New Roman" w:eastAsia="SimSun" w:hAnsi="Times New Roman" w:cs="Times New Roman"/>
        </w:rPr>
        <w:t>afectate</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acţiunile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sau</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omisiunile</w:t>
      </w:r>
      <w:proofErr w:type="spellEnd"/>
      <w:r w:rsidRPr="00925B34">
        <w:rPr>
          <w:rFonts w:ascii="Times New Roman" w:eastAsia="SimSun" w:hAnsi="Times New Roman" w:cs="Times New Roman"/>
        </w:rPr>
        <w:t xml:space="preserve"> sale </w:t>
      </w:r>
      <w:proofErr w:type="spellStart"/>
      <w:r w:rsidRPr="00925B34">
        <w:rPr>
          <w:rFonts w:ascii="Times New Roman" w:eastAsia="SimSun" w:hAnsi="Times New Roman" w:cs="Times New Roman"/>
        </w:rPr>
        <w:t>în</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timpul</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procesului</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muncă</w:t>
      </w:r>
      <w:proofErr w:type="spellEnd"/>
      <w:r w:rsidRPr="00925B34">
        <w:rPr>
          <w:rFonts w:ascii="Times New Roman" w:eastAsia="SimSun" w:hAnsi="Times New Roman" w:cs="Times New Roman"/>
        </w:rPr>
        <w:t xml:space="preserve">; </w:t>
      </w:r>
    </w:p>
    <w:p w:rsidR="00925B34" w:rsidRPr="00925B34" w:rsidRDefault="00925B34" w:rsidP="00925B34">
      <w:pPr>
        <w:pStyle w:val="Listcumarcatori"/>
        <w:rPr>
          <w:rFonts w:ascii="Times New Roman" w:hAnsi="Times New Roman" w:cs="Times New Roman"/>
          <w:b/>
          <w:bCs/>
        </w:rPr>
      </w:pPr>
      <w:r w:rsidRPr="00925B34">
        <w:rPr>
          <w:rFonts w:ascii="Times New Roman" w:eastAsia="SimSun" w:hAnsi="Times New Roman" w:cs="Times New Roman"/>
          <w:b/>
          <w:bCs/>
        </w:rPr>
        <w:t xml:space="preserve"> </w:t>
      </w:r>
      <w:r w:rsidRPr="00925B34">
        <w:rPr>
          <w:rFonts w:ascii="Times New Roman" w:eastAsia="SimSun" w:hAnsi="Times New Roman" w:cs="Times New Roman"/>
          <w:b/>
          <w:bCs/>
          <w:lang w:val="ro-RO"/>
        </w:rPr>
        <w:t>-</w:t>
      </w:r>
      <w:r w:rsidRPr="00925B34">
        <w:rPr>
          <w:rFonts w:ascii="Times New Roman" w:eastAsia="SimSun" w:hAnsi="Times New Roman" w:cs="Times New Roman"/>
          <w:lang w:val="ro-RO"/>
        </w:rPr>
        <w:t>S</w:t>
      </w:r>
      <w:r w:rsidRPr="00925B34">
        <w:rPr>
          <w:rFonts w:ascii="Times New Roman" w:eastAsia="SimSun" w:hAnsi="Times New Roman" w:cs="Times New Roman"/>
        </w:rPr>
        <w:t xml:space="preserve">ă </w:t>
      </w:r>
      <w:proofErr w:type="spellStart"/>
      <w:r w:rsidRPr="00925B34">
        <w:rPr>
          <w:rFonts w:ascii="Times New Roman" w:eastAsia="SimSun" w:hAnsi="Times New Roman" w:cs="Times New Roman"/>
        </w:rPr>
        <w:t>utilizeze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corect</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aparatura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uneltele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substanţele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periculoase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maşinile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echipamentele</w:t>
      </w:r>
      <w:proofErr w:type="spellEnd"/>
      <w:r w:rsidRPr="00925B34">
        <w:rPr>
          <w:rFonts w:ascii="Times New Roman" w:eastAsia="SimSun" w:hAnsi="Times New Roman" w:cs="Times New Roman"/>
        </w:rPr>
        <w:t xml:space="preserve"> de transport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alte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mijloace</w:t>
      </w:r>
      <w:proofErr w:type="spellEnd"/>
      <w:r w:rsidRPr="00925B34">
        <w:rPr>
          <w:rFonts w:ascii="Times New Roman" w:eastAsia="SimSun" w:hAnsi="Times New Roman" w:cs="Times New Roman"/>
        </w:rPr>
        <w:t xml:space="preserve"> din </w:t>
      </w:r>
      <w:proofErr w:type="spellStart"/>
      <w:r w:rsidRPr="00925B34">
        <w:rPr>
          <w:rFonts w:ascii="Times New Roman" w:eastAsia="SimSun" w:hAnsi="Times New Roman" w:cs="Times New Roman"/>
        </w:rPr>
        <w:t>dotare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puse</w:t>
      </w:r>
      <w:proofErr w:type="spellEnd"/>
      <w:r w:rsidRPr="00925B34">
        <w:rPr>
          <w:rFonts w:ascii="Times New Roman" w:eastAsia="SimSun" w:hAnsi="Times New Roman" w:cs="Times New Roman"/>
        </w:rPr>
        <w:t xml:space="preserve"> la </w:t>
      </w:r>
      <w:proofErr w:type="spellStart"/>
      <w:r w:rsidRPr="00925B34">
        <w:rPr>
          <w:rFonts w:ascii="Times New Roman" w:eastAsia="SimSun" w:hAnsi="Times New Roman" w:cs="Times New Roman"/>
        </w:rPr>
        <w:t>dispoziţia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sa</w:t>
      </w:r>
      <w:proofErr w:type="spellEnd"/>
      <w:r w:rsidRPr="00925B34">
        <w:rPr>
          <w:rFonts w:ascii="Times New Roman" w:eastAsia="SimSun" w:hAnsi="Times New Roman" w:cs="Times New Roman"/>
        </w:rPr>
        <w:t xml:space="preserve">; </w:t>
      </w:r>
    </w:p>
    <w:p w:rsidR="00925B34" w:rsidRPr="00925B34" w:rsidRDefault="00925B34" w:rsidP="00925B34">
      <w:pPr>
        <w:pStyle w:val="Listcumarcatori"/>
        <w:rPr>
          <w:rFonts w:ascii="Times New Roman" w:hAnsi="Times New Roman" w:cs="Times New Roman"/>
          <w:b/>
          <w:bCs/>
        </w:rPr>
      </w:pPr>
      <w:r w:rsidRPr="00925B34">
        <w:rPr>
          <w:rFonts w:ascii="Times New Roman" w:eastAsia="SimSun" w:hAnsi="Times New Roman" w:cs="Times New Roman"/>
          <w:b/>
          <w:bCs/>
        </w:rPr>
        <w:t xml:space="preserve"> </w:t>
      </w:r>
      <w:r w:rsidRPr="00925B34">
        <w:rPr>
          <w:rFonts w:ascii="Times New Roman" w:eastAsia="SimSun" w:hAnsi="Times New Roman" w:cs="Times New Roman"/>
          <w:b/>
          <w:bCs/>
          <w:lang w:val="ro-RO"/>
        </w:rPr>
        <w:t>-</w:t>
      </w:r>
      <w:r w:rsidRPr="00925B34">
        <w:rPr>
          <w:rFonts w:ascii="Times New Roman" w:eastAsia="SimSun" w:hAnsi="Times New Roman" w:cs="Times New Roman"/>
          <w:lang w:val="ro-RO"/>
        </w:rPr>
        <w:t>S</w:t>
      </w:r>
      <w:r w:rsidRPr="00925B34">
        <w:rPr>
          <w:rFonts w:ascii="Times New Roman" w:eastAsia="SimSun" w:hAnsi="Times New Roman" w:cs="Times New Roman"/>
        </w:rPr>
        <w:t xml:space="preserve">ă </w:t>
      </w:r>
      <w:proofErr w:type="spellStart"/>
      <w:r w:rsidRPr="00925B34">
        <w:rPr>
          <w:rFonts w:ascii="Times New Roman" w:eastAsia="SimSun" w:hAnsi="Times New Roman" w:cs="Times New Roman"/>
        </w:rPr>
        <w:t>utilizeze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corect</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echipamentul</w:t>
      </w:r>
      <w:proofErr w:type="spellEnd"/>
      <w:r w:rsidRPr="00925B34">
        <w:rPr>
          <w:rFonts w:ascii="Times New Roman" w:eastAsia="SimSun" w:hAnsi="Times New Roman" w:cs="Times New Roman"/>
        </w:rPr>
        <w:t xml:space="preserve"> individual de </w:t>
      </w:r>
      <w:proofErr w:type="spellStart"/>
      <w:r w:rsidRPr="00925B34">
        <w:rPr>
          <w:rFonts w:ascii="Times New Roman" w:eastAsia="SimSun" w:hAnsi="Times New Roman" w:cs="Times New Roman"/>
        </w:rPr>
        <w:t>protecţie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acordat</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după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utilizare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îl</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înapoieze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sau</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îl</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pună</w:t>
      </w:r>
      <w:proofErr w:type="spellEnd"/>
      <w:r w:rsidRPr="00925B34">
        <w:rPr>
          <w:rFonts w:ascii="Times New Roman" w:eastAsia="SimSun" w:hAnsi="Times New Roman" w:cs="Times New Roman"/>
        </w:rPr>
        <w:t xml:space="preserve"> la </w:t>
      </w:r>
      <w:proofErr w:type="spellStart"/>
      <w:r w:rsidRPr="00925B34">
        <w:rPr>
          <w:rFonts w:ascii="Times New Roman" w:eastAsia="SimSun" w:hAnsi="Times New Roman" w:cs="Times New Roman"/>
        </w:rPr>
        <w:t>locul</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destinat</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pentru</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păstrare</w:t>
      </w:r>
      <w:proofErr w:type="spellEnd"/>
      <w:r w:rsidRPr="00925B34">
        <w:rPr>
          <w:rFonts w:ascii="Times New Roman" w:eastAsia="SimSun" w:hAnsi="Times New Roman" w:cs="Times New Roman"/>
        </w:rPr>
        <w:t xml:space="preserve">; </w:t>
      </w:r>
    </w:p>
    <w:p w:rsidR="00925B34" w:rsidRPr="00925B34" w:rsidRDefault="00925B34" w:rsidP="00925B34">
      <w:pPr>
        <w:pStyle w:val="Listcumarcatori"/>
        <w:rPr>
          <w:rFonts w:ascii="Times New Roman" w:hAnsi="Times New Roman" w:cs="Times New Roman"/>
          <w:b/>
          <w:bCs/>
        </w:rPr>
      </w:pPr>
      <w:r w:rsidRPr="00925B34">
        <w:rPr>
          <w:rFonts w:ascii="Times New Roman" w:eastAsia="SimSun" w:hAnsi="Times New Roman" w:cs="Times New Roman"/>
          <w:b/>
          <w:bCs/>
        </w:rPr>
        <w:t xml:space="preserve"> </w:t>
      </w:r>
      <w:r w:rsidRPr="00925B34">
        <w:rPr>
          <w:rFonts w:ascii="Times New Roman" w:eastAsia="SimSun" w:hAnsi="Times New Roman" w:cs="Times New Roman"/>
          <w:b/>
          <w:bCs/>
          <w:lang w:val="ro-RO"/>
        </w:rPr>
        <w:t>-</w:t>
      </w:r>
      <w:r w:rsidRPr="00925B34">
        <w:rPr>
          <w:rFonts w:ascii="Times New Roman" w:eastAsia="SimSun" w:hAnsi="Times New Roman" w:cs="Times New Roman"/>
          <w:lang w:val="ro-RO"/>
        </w:rPr>
        <w:t>S</w:t>
      </w:r>
      <w:r w:rsidRPr="00925B34">
        <w:rPr>
          <w:rFonts w:ascii="Times New Roman" w:eastAsia="SimSun" w:hAnsi="Times New Roman" w:cs="Times New Roman"/>
        </w:rPr>
        <w:t xml:space="preserve">ă </w:t>
      </w:r>
      <w:proofErr w:type="spellStart"/>
      <w:r w:rsidRPr="00925B34">
        <w:rPr>
          <w:rFonts w:ascii="Times New Roman" w:eastAsia="SimSun" w:hAnsi="Times New Roman" w:cs="Times New Roman"/>
        </w:rPr>
        <w:t>comunice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imediat</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angajatorului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w:t>
      </w:r>
      <w:proofErr w:type="spellStart"/>
      <w:r w:rsidRPr="00925B34">
        <w:rPr>
          <w:rFonts w:ascii="Times New Roman" w:eastAsia="SimSun" w:hAnsi="Times New Roman" w:cs="Times New Roman"/>
        </w:rPr>
        <w:t>sau</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angajatilor</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desemnaţi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orice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situaţie</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muncă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despre</w:t>
      </w:r>
      <w:proofErr w:type="spellEnd"/>
      <w:r w:rsidRPr="00925B34">
        <w:rPr>
          <w:rFonts w:ascii="Times New Roman" w:eastAsia="SimSun" w:hAnsi="Times New Roman" w:cs="Times New Roman"/>
        </w:rPr>
        <w:t xml:space="preserve"> care are motive </w:t>
      </w:r>
      <w:proofErr w:type="spellStart"/>
      <w:r w:rsidRPr="00925B34">
        <w:rPr>
          <w:rFonts w:ascii="Times New Roman" w:eastAsia="SimSun" w:hAnsi="Times New Roman" w:cs="Times New Roman"/>
        </w:rPr>
        <w:t>întemeiate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să</w:t>
      </w:r>
      <w:proofErr w:type="spellEnd"/>
      <w:r w:rsidRPr="00925B34">
        <w:rPr>
          <w:rFonts w:ascii="Times New Roman" w:eastAsia="SimSun" w:hAnsi="Times New Roman" w:cs="Times New Roman"/>
        </w:rPr>
        <w:t xml:space="preserve"> o </w:t>
      </w:r>
      <w:proofErr w:type="spellStart"/>
      <w:r w:rsidRPr="00925B34">
        <w:rPr>
          <w:rFonts w:ascii="Times New Roman" w:eastAsia="SimSun" w:hAnsi="Times New Roman" w:cs="Times New Roman"/>
        </w:rPr>
        <w:t>considere</w:t>
      </w:r>
      <w:proofErr w:type="spellEnd"/>
      <w:r w:rsidRPr="00925B34">
        <w:rPr>
          <w:rFonts w:ascii="Times New Roman" w:eastAsia="SimSun" w:hAnsi="Times New Roman" w:cs="Times New Roman"/>
        </w:rPr>
        <w:t xml:space="preserve"> un </w:t>
      </w:r>
      <w:proofErr w:type="spellStart"/>
      <w:r w:rsidRPr="00925B34">
        <w:rPr>
          <w:rFonts w:ascii="Times New Roman" w:eastAsia="SimSun" w:hAnsi="Times New Roman" w:cs="Times New Roman"/>
        </w:rPr>
        <w:t>pericol</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pentru</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securitatea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sănătatea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angajatilor</w:t>
      </w:r>
      <w:proofErr w:type="spellEnd"/>
      <w:r w:rsidRPr="00925B34">
        <w:rPr>
          <w:rFonts w:ascii="Times New Roman" w:eastAsia="SimSun" w:hAnsi="Times New Roman" w:cs="Times New Roman"/>
        </w:rPr>
        <w:t xml:space="preserve">, precum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orice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deficienţă</w:t>
      </w:r>
      <w:proofErr w:type="spellEnd"/>
      <w:r w:rsidRPr="00925B34">
        <w:rPr>
          <w:rFonts w:ascii="Times New Roman" w:eastAsia="SimSun" w:hAnsi="Times New Roman" w:cs="Times New Roman"/>
        </w:rPr>
        <w:t xml:space="preserve"> a </w:t>
      </w:r>
      <w:proofErr w:type="spellStart"/>
      <w:r w:rsidRPr="00925B34">
        <w:rPr>
          <w:rFonts w:ascii="Times New Roman" w:eastAsia="SimSun" w:hAnsi="Times New Roman" w:cs="Times New Roman"/>
        </w:rPr>
        <w:t>sistemelor</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protecţie</w:t>
      </w:r>
      <w:proofErr w:type="spellEnd"/>
      <w:r w:rsidRPr="00925B34">
        <w:rPr>
          <w:rFonts w:ascii="Times New Roman" w:eastAsia="SimSun" w:hAnsi="Times New Roman" w:cs="Times New Roman"/>
        </w:rPr>
        <w:t xml:space="preserve">; </w:t>
      </w:r>
    </w:p>
    <w:p w:rsidR="00925B34" w:rsidRPr="00925B34" w:rsidRDefault="00925B34" w:rsidP="00925B34">
      <w:pPr>
        <w:pStyle w:val="Listcumarcatori"/>
        <w:rPr>
          <w:rFonts w:ascii="Times New Roman" w:hAnsi="Times New Roman" w:cs="Times New Roman"/>
          <w:b/>
          <w:bCs/>
        </w:rPr>
      </w:pPr>
      <w:r w:rsidRPr="00925B34">
        <w:rPr>
          <w:rFonts w:ascii="Times New Roman" w:eastAsia="SimSun" w:hAnsi="Times New Roman" w:cs="Times New Roman"/>
          <w:b/>
          <w:bCs/>
        </w:rPr>
        <w:t xml:space="preserve"> </w:t>
      </w:r>
      <w:r w:rsidRPr="00925B34">
        <w:rPr>
          <w:rFonts w:ascii="Times New Roman" w:eastAsia="SimSun" w:hAnsi="Times New Roman" w:cs="Times New Roman"/>
          <w:b/>
          <w:bCs/>
          <w:lang w:val="ro-RO"/>
        </w:rPr>
        <w:t>-</w:t>
      </w:r>
      <w:r w:rsidRPr="00925B34">
        <w:rPr>
          <w:rFonts w:ascii="Times New Roman" w:eastAsia="SimSun" w:hAnsi="Times New Roman" w:cs="Times New Roman"/>
          <w:lang w:val="ro-RO"/>
        </w:rPr>
        <w:t>S</w:t>
      </w:r>
      <w:r w:rsidRPr="00925B34">
        <w:rPr>
          <w:rFonts w:ascii="Times New Roman" w:eastAsia="SimSun" w:hAnsi="Times New Roman" w:cs="Times New Roman"/>
        </w:rPr>
        <w:t xml:space="preserve">ă </w:t>
      </w:r>
      <w:proofErr w:type="spellStart"/>
      <w:r w:rsidRPr="00925B34">
        <w:rPr>
          <w:rFonts w:ascii="Times New Roman" w:eastAsia="SimSun" w:hAnsi="Times New Roman" w:cs="Times New Roman"/>
        </w:rPr>
        <w:t>aducă</w:t>
      </w:r>
      <w:proofErr w:type="spellEnd"/>
      <w:r w:rsidRPr="00925B34">
        <w:rPr>
          <w:rFonts w:ascii="Times New Roman" w:eastAsia="SimSun" w:hAnsi="Times New Roman" w:cs="Times New Roman"/>
        </w:rPr>
        <w:t xml:space="preserve"> la </w:t>
      </w:r>
      <w:proofErr w:type="spellStart"/>
      <w:r w:rsidRPr="00925B34">
        <w:rPr>
          <w:rFonts w:ascii="Times New Roman" w:eastAsia="SimSun" w:hAnsi="Times New Roman" w:cs="Times New Roman"/>
        </w:rPr>
        <w:t>cunoştinţă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conducătorului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locului</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muncă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w:t>
      </w:r>
      <w:proofErr w:type="spellStart"/>
      <w:r w:rsidRPr="00925B34">
        <w:rPr>
          <w:rFonts w:ascii="Times New Roman" w:eastAsia="SimSun" w:hAnsi="Times New Roman" w:cs="Times New Roman"/>
        </w:rPr>
        <w:t>sau</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angajatorului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accidentele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suferite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atât</w:t>
      </w:r>
      <w:proofErr w:type="spellEnd"/>
      <w:r w:rsidRPr="00925B34">
        <w:rPr>
          <w:rFonts w:ascii="Times New Roman" w:eastAsia="SimSun" w:hAnsi="Times New Roman" w:cs="Times New Roman"/>
        </w:rPr>
        <w:t xml:space="preserve"> de propria </w:t>
      </w:r>
      <w:proofErr w:type="spellStart"/>
      <w:r w:rsidRPr="00925B34">
        <w:rPr>
          <w:rFonts w:ascii="Times New Roman" w:eastAsia="SimSun" w:hAnsi="Times New Roman" w:cs="Times New Roman"/>
        </w:rPr>
        <w:t>persoană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cât</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alte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persoane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participante</w:t>
      </w:r>
      <w:proofErr w:type="spellEnd"/>
      <w:r w:rsidRPr="00925B34">
        <w:rPr>
          <w:rFonts w:ascii="Times New Roman" w:eastAsia="SimSun" w:hAnsi="Times New Roman" w:cs="Times New Roman"/>
        </w:rPr>
        <w:t xml:space="preserve"> la </w:t>
      </w:r>
      <w:proofErr w:type="spellStart"/>
      <w:r w:rsidRPr="00925B34">
        <w:rPr>
          <w:rFonts w:ascii="Times New Roman" w:eastAsia="SimSun" w:hAnsi="Times New Roman" w:cs="Times New Roman"/>
        </w:rPr>
        <w:t>procesul</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muncă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în</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cel</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mai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scurt</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timp</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posibil</w:t>
      </w:r>
      <w:proofErr w:type="spellEnd"/>
      <w:r w:rsidRPr="00925B34">
        <w:rPr>
          <w:rFonts w:ascii="Times New Roman" w:eastAsia="SimSun" w:hAnsi="Times New Roman" w:cs="Times New Roman"/>
        </w:rPr>
        <w:t>;</w:t>
      </w:r>
    </w:p>
    <w:p w:rsidR="00925B34" w:rsidRPr="00925B34" w:rsidRDefault="00925B34" w:rsidP="00925B34">
      <w:pPr>
        <w:pStyle w:val="Listcumarcatori"/>
        <w:rPr>
          <w:rFonts w:ascii="Times New Roman" w:hAnsi="Times New Roman" w:cs="Times New Roman"/>
          <w:b/>
          <w:bCs/>
        </w:rPr>
      </w:pPr>
      <w:r w:rsidRPr="00925B34">
        <w:rPr>
          <w:rFonts w:ascii="Times New Roman" w:eastAsia="SimSun" w:hAnsi="Times New Roman" w:cs="Times New Roman"/>
          <w:b/>
          <w:bCs/>
        </w:rPr>
        <w:t xml:space="preserve"> </w:t>
      </w:r>
      <w:r w:rsidRPr="00925B34">
        <w:rPr>
          <w:rFonts w:ascii="Times New Roman" w:eastAsia="SimSun" w:hAnsi="Times New Roman" w:cs="Times New Roman"/>
          <w:b/>
          <w:bCs/>
          <w:lang w:val="ro-RO"/>
        </w:rPr>
        <w:t>-</w:t>
      </w:r>
      <w:r w:rsidRPr="00925B34">
        <w:rPr>
          <w:rFonts w:ascii="Times New Roman" w:eastAsia="SimSun" w:hAnsi="Times New Roman" w:cs="Times New Roman"/>
          <w:lang w:val="ro-RO"/>
        </w:rPr>
        <w:t>S</w:t>
      </w:r>
      <w:r w:rsidRPr="00925B34">
        <w:rPr>
          <w:rFonts w:ascii="Times New Roman" w:eastAsia="SimSun" w:hAnsi="Times New Roman" w:cs="Times New Roman"/>
        </w:rPr>
        <w:t xml:space="preserve">ă </w:t>
      </w:r>
      <w:proofErr w:type="spellStart"/>
      <w:r w:rsidRPr="00925B34">
        <w:rPr>
          <w:rFonts w:ascii="Times New Roman" w:eastAsia="SimSun" w:hAnsi="Times New Roman" w:cs="Times New Roman"/>
        </w:rPr>
        <w:t>coopereze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atât</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timp</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cât</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este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necesar</w:t>
      </w:r>
      <w:proofErr w:type="spellEnd"/>
      <w:r w:rsidRPr="00925B34">
        <w:rPr>
          <w:rFonts w:ascii="Times New Roman" w:eastAsia="SimSun" w:hAnsi="Times New Roman" w:cs="Times New Roman"/>
        </w:rPr>
        <w:t xml:space="preserve">, cu </w:t>
      </w:r>
      <w:proofErr w:type="spellStart"/>
      <w:r w:rsidRPr="00925B34">
        <w:rPr>
          <w:rFonts w:ascii="Times New Roman" w:eastAsia="SimSun" w:hAnsi="Times New Roman" w:cs="Times New Roman"/>
        </w:rPr>
        <w:t>angajatorul</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w:t>
      </w:r>
      <w:proofErr w:type="spellStart"/>
      <w:r w:rsidRPr="00925B34">
        <w:rPr>
          <w:rFonts w:ascii="Times New Roman" w:eastAsia="SimSun" w:hAnsi="Times New Roman" w:cs="Times New Roman"/>
        </w:rPr>
        <w:t>sau</w:t>
      </w:r>
      <w:proofErr w:type="spellEnd"/>
      <w:r w:rsidRPr="00925B34">
        <w:rPr>
          <w:rFonts w:ascii="Times New Roman" w:eastAsia="SimSun" w:hAnsi="Times New Roman" w:cs="Times New Roman"/>
        </w:rPr>
        <w:t xml:space="preserve"> cu </w:t>
      </w:r>
      <w:proofErr w:type="spellStart"/>
      <w:r w:rsidRPr="00925B34">
        <w:rPr>
          <w:rFonts w:ascii="Times New Roman" w:eastAsia="SimSun" w:hAnsi="Times New Roman" w:cs="Times New Roman"/>
        </w:rPr>
        <w:t>angajatii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desemnaţi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pentru</w:t>
      </w:r>
      <w:proofErr w:type="spellEnd"/>
      <w:r w:rsidRPr="00925B34">
        <w:rPr>
          <w:rFonts w:ascii="Times New Roman" w:eastAsia="SimSun" w:hAnsi="Times New Roman" w:cs="Times New Roman"/>
        </w:rPr>
        <w:t xml:space="preserve"> a </w:t>
      </w:r>
      <w:proofErr w:type="spellStart"/>
      <w:r w:rsidRPr="00925B34">
        <w:rPr>
          <w:rFonts w:ascii="Times New Roman" w:eastAsia="SimSun" w:hAnsi="Times New Roman" w:cs="Times New Roman"/>
        </w:rPr>
        <w:t>permite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angajatorului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să</w:t>
      </w:r>
      <w:proofErr w:type="spellEnd"/>
      <w:r w:rsidRPr="00925B34">
        <w:rPr>
          <w:rFonts w:ascii="Times New Roman" w:eastAsia="SimSun" w:hAnsi="Times New Roman" w:cs="Times New Roman"/>
        </w:rPr>
        <w:t xml:space="preserve"> se </w:t>
      </w:r>
      <w:proofErr w:type="spellStart"/>
      <w:r w:rsidRPr="00925B34">
        <w:rPr>
          <w:rFonts w:ascii="Times New Roman" w:eastAsia="SimSun" w:hAnsi="Times New Roman" w:cs="Times New Roman"/>
        </w:rPr>
        <w:t>asigure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că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mediul</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muncă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condiţiile</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lucru</w:t>
      </w:r>
      <w:proofErr w:type="spellEnd"/>
      <w:r w:rsidRPr="00925B34">
        <w:rPr>
          <w:rFonts w:ascii="Times New Roman" w:eastAsia="SimSun" w:hAnsi="Times New Roman" w:cs="Times New Roman"/>
        </w:rPr>
        <w:t xml:space="preserve"> sunt </w:t>
      </w:r>
      <w:proofErr w:type="spellStart"/>
      <w:r w:rsidRPr="00925B34">
        <w:rPr>
          <w:rFonts w:ascii="Times New Roman" w:eastAsia="SimSun" w:hAnsi="Times New Roman" w:cs="Times New Roman"/>
        </w:rPr>
        <w:t>sigure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fără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riscuri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pentru</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securitate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sănătate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în</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domeniul</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său</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activitate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cât</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pentru</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realizarea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oricăror</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măsuri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lastRenderedPageBreak/>
        <w:t>cerinţe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dispuse</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către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inspectorii</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muncă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inspectorii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sanitari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pentru</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protecţia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securităţii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sănătăţii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angajatilor</w:t>
      </w:r>
      <w:proofErr w:type="spellEnd"/>
      <w:r w:rsidRPr="00925B34">
        <w:rPr>
          <w:rFonts w:ascii="Times New Roman" w:eastAsia="SimSun" w:hAnsi="Times New Roman" w:cs="Times New Roman"/>
        </w:rPr>
        <w:t>;</w:t>
      </w:r>
    </w:p>
    <w:p w:rsidR="00925B34" w:rsidRPr="00925B34" w:rsidRDefault="00925B34" w:rsidP="00925B34">
      <w:pPr>
        <w:pStyle w:val="Listcumarcatori"/>
        <w:rPr>
          <w:rFonts w:ascii="Times New Roman" w:hAnsi="Times New Roman" w:cs="Times New Roman"/>
          <w:b/>
          <w:bCs/>
        </w:rPr>
      </w:pPr>
      <w:r w:rsidRPr="00925B34">
        <w:rPr>
          <w:rFonts w:ascii="Times New Roman" w:eastAsia="SimSun" w:hAnsi="Times New Roman" w:cs="Times New Roman"/>
          <w:b/>
          <w:bCs/>
        </w:rPr>
        <w:t xml:space="preserve"> </w:t>
      </w:r>
      <w:r w:rsidRPr="00925B34">
        <w:rPr>
          <w:rFonts w:ascii="Times New Roman" w:eastAsia="SimSun" w:hAnsi="Times New Roman" w:cs="Times New Roman"/>
          <w:b/>
          <w:bCs/>
          <w:lang w:val="ro-RO"/>
        </w:rPr>
        <w:t>-</w:t>
      </w:r>
      <w:r w:rsidRPr="00925B34">
        <w:rPr>
          <w:rFonts w:ascii="Times New Roman" w:eastAsia="SimSun" w:hAnsi="Times New Roman" w:cs="Times New Roman"/>
          <w:lang w:val="ro-RO"/>
        </w:rPr>
        <w:t>S</w:t>
      </w:r>
      <w:r w:rsidRPr="00925B34">
        <w:rPr>
          <w:rFonts w:ascii="Times New Roman" w:eastAsia="SimSun" w:hAnsi="Times New Roman" w:cs="Times New Roman"/>
        </w:rPr>
        <w:t xml:space="preserve">ă nu </w:t>
      </w:r>
      <w:proofErr w:type="spellStart"/>
      <w:r w:rsidRPr="00925B34">
        <w:rPr>
          <w:rFonts w:ascii="Times New Roman" w:eastAsia="SimSun" w:hAnsi="Times New Roman" w:cs="Times New Roman"/>
        </w:rPr>
        <w:t>procedeze</w:t>
      </w:r>
      <w:proofErr w:type="spellEnd"/>
      <w:r w:rsidRPr="00925B34">
        <w:rPr>
          <w:rFonts w:ascii="Times New Roman" w:eastAsia="SimSun" w:hAnsi="Times New Roman" w:cs="Times New Roman"/>
        </w:rPr>
        <w:t xml:space="preserve"> la </w:t>
      </w:r>
      <w:proofErr w:type="spellStart"/>
      <w:r w:rsidRPr="00925B34">
        <w:rPr>
          <w:rFonts w:ascii="Times New Roman" w:eastAsia="SimSun" w:hAnsi="Times New Roman" w:cs="Times New Roman"/>
        </w:rPr>
        <w:t>scoaterea</w:t>
      </w:r>
      <w:proofErr w:type="spellEnd"/>
      <w:r w:rsidRPr="00925B34">
        <w:rPr>
          <w:rFonts w:ascii="Times New Roman" w:eastAsia="SimSun" w:hAnsi="Times New Roman" w:cs="Times New Roman"/>
        </w:rPr>
        <w:t xml:space="preserve"> din </w:t>
      </w:r>
      <w:proofErr w:type="spellStart"/>
      <w:r w:rsidRPr="00925B34">
        <w:rPr>
          <w:rFonts w:ascii="Times New Roman" w:eastAsia="SimSun" w:hAnsi="Times New Roman" w:cs="Times New Roman"/>
        </w:rPr>
        <w:t>funcţiune</w:t>
      </w:r>
      <w:proofErr w:type="spellEnd"/>
      <w:r w:rsidRPr="00925B34">
        <w:rPr>
          <w:rFonts w:ascii="Times New Roman" w:eastAsia="SimSun" w:hAnsi="Times New Roman" w:cs="Times New Roman"/>
        </w:rPr>
        <w:t xml:space="preserve">, la </w:t>
      </w:r>
      <w:proofErr w:type="spellStart"/>
      <w:r w:rsidRPr="00925B34">
        <w:rPr>
          <w:rFonts w:ascii="Times New Roman" w:eastAsia="SimSun" w:hAnsi="Times New Roman" w:cs="Times New Roman"/>
        </w:rPr>
        <w:t>modificarea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schimbarea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sau</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înlăturarea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arbitrară</w:t>
      </w:r>
      <w:proofErr w:type="spellEnd"/>
      <w:r w:rsidRPr="00925B34">
        <w:rPr>
          <w:rFonts w:ascii="Times New Roman" w:eastAsia="SimSun" w:hAnsi="Times New Roman" w:cs="Times New Roman"/>
        </w:rPr>
        <w:t xml:space="preserve"> a </w:t>
      </w:r>
      <w:proofErr w:type="spellStart"/>
      <w:r w:rsidRPr="00925B34">
        <w:rPr>
          <w:rFonts w:ascii="Times New Roman" w:eastAsia="SimSun" w:hAnsi="Times New Roman" w:cs="Times New Roman"/>
        </w:rPr>
        <w:t>dispozitivelor</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securitate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proprii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în</w:t>
      </w:r>
      <w:proofErr w:type="spellEnd"/>
      <w:r w:rsidRPr="00925B34">
        <w:rPr>
          <w:rFonts w:ascii="Times New Roman" w:eastAsia="SimSun" w:hAnsi="Times New Roman" w:cs="Times New Roman"/>
        </w:rPr>
        <w:t xml:space="preserve"> special ale </w:t>
      </w:r>
      <w:proofErr w:type="spellStart"/>
      <w:r w:rsidRPr="00925B34">
        <w:rPr>
          <w:rFonts w:ascii="Times New Roman" w:eastAsia="SimSun" w:hAnsi="Times New Roman" w:cs="Times New Roman"/>
        </w:rPr>
        <w:t>maşinilor</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aparaturii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uneltelor</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instalaţiilor</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tehnice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clădirilor</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utilizeze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corect</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aceste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dispozitive</w:t>
      </w:r>
      <w:proofErr w:type="spellEnd"/>
      <w:r w:rsidRPr="00925B34">
        <w:rPr>
          <w:rFonts w:ascii="Times New Roman" w:eastAsia="SimSun" w:hAnsi="Times New Roman" w:cs="Times New Roman"/>
        </w:rPr>
        <w:t>;</w:t>
      </w:r>
    </w:p>
    <w:p w:rsidR="00925B34" w:rsidRPr="00925B34" w:rsidRDefault="00925B34" w:rsidP="00925B34">
      <w:pPr>
        <w:pStyle w:val="Listcumarcatori"/>
        <w:rPr>
          <w:rFonts w:ascii="Times New Roman" w:hAnsi="Times New Roman" w:cs="Times New Roman"/>
          <w:b/>
          <w:bCs/>
        </w:rPr>
      </w:pPr>
      <w:r w:rsidRPr="00925B34">
        <w:rPr>
          <w:rFonts w:ascii="Times New Roman" w:eastAsia="SimSun" w:hAnsi="Times New Roman" w:cs="Times New Roman"/>
          <w:b/>
          <w:bCs/>
        </w:rPr>
        <w:t xml:space="preserve"> </w:t>
      </w:r>
      <w:r w:rsidRPr="00925B34">
        <w:rPr>
          <w:rFonts w:ascii="Times New Roman" w:eastAsia="SimSun" w:hAnsi="Times New Roman" w:cs="Times New Roman"/>
          <w:b/>
          <w:bCs/>
          <w:lang w:val="ro-RO"/>
        </w:rPr>
        <w:t>-</w:t>
      </w:r>
      <w:r w:rsidRPr="00925B34">
        <w:rPr>
          <w:rFonts w:ascii="Times New Roman" w:eastAsia="SimSun" w:hAnsi="Times New Roman" w:cs="Times New Roman"/>
          <w:lang w:val="ro-RO"/>
        </w:rPr>
        <w:t>S</w:t>
      </w:r>
      <w:r w:rsidRPr="00925B34">
        <w:rPr>
          <w:rFonts w:ascii="Times New Roman" w:eastAsia="SimSun" w:hAnsi="Times New Roman" w:cs="Times New Roman"/>
        </w:rPr>
        <w:t xml:space="preserve">ă </w:t>
      </w:r>
      <w:proofErr w:type="spellStart"/>
      <w:r w:rsidRPr="00925B34">
        <w:rPr>
          <w:rFonts w:ascii="Times New Roman" w:eastAsia="SimSun" w:hAnsi="Times New Roman" w:cs="Times New Roman"/>
        </w:rPr>
        <w:t>dea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relaţiile</w:t>
      </w:r>
      <w:proofErr w:type="spellEnd"/>
      <w:r w:rsidRPr="00925B34">
        <w:rPr>
          <w:rFonts w:ascii="Times New Roman" w:eastAsia="SimSun" w:hAnsi="Times New Roman" w:cs="Times New Roman"/>
        </w:rPr>
        <w:t xml:space="preserve"> solicitate de </w:t>
      </w:r>
      <w:proofErr w:type="spellStart"/>
      <w:r w:rsidRPr="00925B34">
        <w:rPr>
          <w:rFonts w:ascii="Times New Roman" w:eastAsia="SimSun" w:hAnsi="Times New Roman" w:cs="Times New Roman"/>
        </w:rPr>
        <w:t>organele</w:t>
      </w:r>
      <w:proofErr w:type="spellEnd"/>
      <w:r w:rsidRPr="00925B34">
        <w:rPr>
          <w:rFonts w:ascii="Times New Roman" w:eastAsia="SimSun" w:hAnsi="Times New Roman" w:cs="Times New Roman"/>
        </w:rPr>
        <w:t xml:space="preserve"> de control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cercetare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în</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domeniul</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Securităţii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Sănătăţii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în</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Muncă</w:t>
      </w:r>
      <w:proofErr w:type="spellEnd"/>
      <w:r w:rsidRPr="00925B34">
        <w:rPr>
          <w:rFonts w:ascii="Times New Roman" w:eastAsia="SimSun" w:hAnsi="Times New Roman" w:cs="Times New Roman"/>
        </w:rPr>
        <w:t>.</w:t>
      </w:r>
    </w:p>
    <w:p w:rsidR="00925B34" w:rsidRPr="00925B34" w:rsidRDefault="00925B34" w:rsidP="00925B34">
      <w:pPr>
        <w:pStyle w:val="Listcumarcatori"/>
        <w:rPr>
          <w:rFonts w:ascii="Times New Roman" w:hAnsi="Times New Roman" w:cs="Times New Roman"/>
          <w:b/>
          <w:bCs/>
        </w:rPr>
      </w:pPr>
      <w:r w:rsidRPr="00925B34">
        <w:rPr>
          <w:rFonts w:ascii="Times New Roman" w:eastAsia="SimSun" w:hAnsi="Times New Roman" w:cs="Times New Roman"/>
          <w:b/>
          <w:bCs/>
        </w:rPr>
        <w:t xml:space="preserve"> </w:t>
      </w:r>
      <w:r w:rsidRPr="00925B34">
        <w:rPr>
          <w:rFonts w:ascii="Times New Roman" w:eastAsia="SimSun" w:hAnsi="Times New Roman" w:cs="Times New Roman"/>
          <w:b/>
          <w:bCs/>
          <w:lang w:val="ro-RO"/>
        </w:rPr>
        <w:t>-</w:t>
      </w:r>
      <w:r w:rsidRPr="00925B34">
        <w:rPr>
          <w:rFonts w:ascii="Times New Roman" w:eastAsia="SimSun" w:hAnsi="Times New Roman" w:cs="Times New Roman"/>
          <w:lang w:val="ro-RO"/>
        </w:rPr>
        <w:t>S</w:t>
      </w:r>
      <w:r w:rsidRPr="00925B34">
        <w:rPr>
          <w:rFonts w:ascii="Times New Roman" w:eastAsia="SimSun" w:hAnsi="Times New Roman" w:cs="Times New Roman"/>
        </w:rPr>
        <w:t xml:space="preserve">ă </w:t>
      </w:r>
      <w:proofErr w:type="spellStart"/>
      <w:r w:rsidRPr="00925B34">
        <w:rPr>
          <w:rFonts w:ascii="Times New Roman" w:eastAsia="SimSun" w:hAnsi="Times New Roman" w:cs="Times New Roman"/>
        </w:rPr>
        <w:t>respecte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măsurile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sarcinile</w:t>
      </w:r>
      <w:proofErr w:type="spellEnd"/>
      <w:r w:rsidRPr="00925B34">
        <w:rPr>
          <w:rFonts w:ascii="Times New Roman" w:eastAsia="SimSun" w:hAnsi="Times New Roman" w:cs="Times New Roman"/>
        </w:rPr>
        <w:t xml:space="preserve"> pe care le are </w:t>
      </w:r>
      <w:proofErr w:type="spellStart"/>
      <w:r w:rsidRPr="00925B34">
        <w:rPr>
          <w:rFonts w:ascii="Times New Roman" w:eastAsia="SimSun" w:hAnsi="Times New Roman" w:cs="Times New Roman"/>
        </w:rPr>
        <w:t>în</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cadrul</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Structurilor</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pentru</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Managementul</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Situaţiilor</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Urgenţă</w:t>
      </w:r>
      <w:proofErr w:type="spellEnd"/>
      <w:r w:rsidRPr="00925B34">
        <w:rPr>
          <w:rFonts w:ascii="Times New Roman" w:eastAsia="SimSun" w:hAnsi="Times New Roman" w:cs="Times New Roman"/>
        </w:rPr>
        <w:t>,</w:t>
      </w:r>
    </w:p>
    <w:p w:rsidR="00925B34" w:rsidRPr="00925B34" w:rsidRDefault="00925B34" w:rsidP="00925B34">
      <w:pPr>
        <w:pStyle w:val="Listcumarcatori"/>
        <w:rPr>
          <w:rFonts w:ascii="Times New Roman" w:hAnsi="Times New Roman" w:cs="Times New Roman"/>
          <w:b/>
          <w:bCs/>
        </w:rPr>
      </w:pPr>
      <w:r w:rsidRPr="00925B34">
        <w:rPr>
          <w:rFonts w:ascii="Times New Roman" w:eastAsia="SimSun" w:hAnsi="Times New Roman" w:cs="Times New Roman"/>
          <w:b/>
          <w:bCs/>
        </w:rPr>
        <w:t xml:space="preserve"> </w:t>
      </w:r>
      <w:r w:rsidRPr="00925B34">
        <w:rPr>
          <w:rFonts w:ascii="Times New Roman" w:eastAsia="SimSun" w:hAnsi="Times New Roman" w:cs="Times New Roman"/>
          <w:b/>
          <w:bCs/>
          <w:lang w:val="ro-RO"/>
        </w:rPr>
        <w:t>-</w:t>
      </w:r>
      <w:r w:rsidRPr="00925B34">
        <w:rPr>
          <w:rFonts w:ascii="Times New Roman" w:eastAsia="SimSun" w:hAnsi="Times New Roman" w:cs="Times New Roman"/>
          <w:lang w:val="ro-RO"/>
        </w:rPr>
        <w:t>S</w:t>
      </w:r>
      <w:r w:rsidRPr="00925B34">
        <w:rPr>
          <w:rFonts w:ascii="Times New Roman" w:eastAsia="SimSun" w:hAnsi="Times New Roman" w:cs="Times New Roman"/>
        </w:rPr>
        <w:t xml:space="preserve">ă </w:t>
      </w:r>
      <w:proofErr w:type="spellStart"/>
      <w:r w:rsidRPr="00925B34">
        <w:rPr>
          <w:rFonts w:ascii="Times New Roman" w:eastAsia="SimSun" w:hAnsi="Times New Roman" w:cs="Times New Roman"/>
        </w:rPr>
        <w:t>respecte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întocmai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Deciziile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managerului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referitoare</w:t>
      </w:r>
      <w:proofErr w:type="spellEnd"/>
      <w:r w:rsidRPr="00925B34">
        <w:rPr>
          <w:rFonts w:ascii="Times New Roman" w:eastAsia="SimSun" w:hAnsi="Times New Roman" w:cs="Times New Roman"/>
        </w:rPr>
        <w:t xml:space="preserve"> la </w:t>
      </w:r>
      <w:proofErr w:type="spellStart"/>
      <w:r w:rsidRPr="00925B34">
        <w:rPr>
          <w:rFonts w:ascii="Times New Roman" w:eastAsia="SimSun" w:hAnsi="Times New Roman" w:cs="Times New Roman"/>
        </w:rPr>
        <w:t>prevenirea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Situaţiilor</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Urgenţă</w:t>
      </w:r>
      <w:proofErr w:type="spellEnd"/>
      <w:r w:rsidRPr="00925B34">
        <w:rPr>
          <w:rFonts w:ascii="Times New Roman" w:eastAsia="SimSun" w:hAnsi="Times New Roman" w:cs="Times New Roman"/>
        </w:rPr>
        <w:t xml:space="preserve">. </w:t>
      </w:r>
    </w:p>
    <w:p w:rsidR="00925B34" w:rsidRPr="00925B34" w:rsidRDefault="00925B34" w:rsidP="00925B34">
      <w:pPr>
        <w:pStyle w:val="Listcumarcatori"/>
        <w:rPr>
          <w:rFonts w:ascii="Times New Roman" w:hAnsi="Times New Roman" w:cs="Times New Roman"/>
        </w:rPr>
      </w:pPr>
      <w:r w:rsidRPr="00925B34">
        <w:rPr>
          <w:rFonts w:ascii="Times New Roman" w:hAnsi="Times New Roman" w:cs="Times New Roman"/>
          <w:lang w:val="ro-RO"/>
        </w:rPr>
        <w:t>-S</w:t>
      </w:r>
      <w:r w:rsidRPr="00925B34">
        <w:rPr>
          <w:rFonts w:ascii="Times New Roman" w:hAnsi="Times New Roman" w:cs="Times New Roman"/>
        </w:rPr>
        <w:t xml:space="preserve">ă </w:t>
      </w:r>
      <w:proofErr w:type="spellStart"/>
      <w:r w:rsidRPr="00925B34">
        <w:rPr>
          <w:rFonts w:ascii="Times New Roman" w:hAnsi="Times New Roman" w:cs="Times New Roman"/>
        </w:rPr>
        <w:t>desfăşoare</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activitatea</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în</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aşa</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fel</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încât</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să</w:t>
      </w:r>
      <w:proofErr w:type="spellEnd"/>
      <w:r w:rsidRPr="00925B34">
        <w:rPr>
          <w:rFonts w:ascii="Times New Roman" w:hAnsi="Times New Roman" w:cs="Times New Roman"/>
        </w:rPr>
        <w:t xml:space="preserve"> nu </w:t>
      </w:r>
      <w:proofErr w:type="spellStart"/>
      <w:r w:rsidRPr="00925B34">
        <w:rPr>
          <w:rFonts w:ascii="Times New Roman" w:hAnsi="Times New Roman" w:cs="Times New Roman"/>
        </w:rPr>
        <w:t>expună</w:t>
      </w:r>
      <w:proofErr w:type="spellEnd"/>
      <w:r w:rsidRPr="00925B34">
        <w:rPr>
          <w:rFonts w:ascii="Times New Roman" w:hAnsi="Times New Roman" w:cs="Times New Roman"/>
        </w:rPr>
        <w:t xml:space="preserve"> la </w:t>
      </w:r>
      <w:proofErr w:type="spellStart"/>
      <w:r w:rsidRPr="00925B34">
        <w:rPr>
          <w:rFonts w:ascii="Times New Roman" w:hAnsi="Times New Roman" w:cs="Times New Roman"/>
        </w:rPr>
        <w:t>pericol</w:t>
      </w:r>
      <w:proofErr w:type="spellEnd"/>
      <w:r w:rsidRPr="00925B34">
        <w:rPr>
          <w:rFonts w:ascii="Times New Roman" w:hAnsi="Times New Roman" w:cs="Times New Roman"/>
        </w:rPr>
        <w:t xml:space="preserve"> de </w:t>
      </w:r>
      <w:proofErr w:type="spellStart"/>
      <w:r w:rsidRPr="00925B34">
        <w:rPr>
          <w:rFonts w:ascii="Times New Roman" w:hAnsi="Times New Roman" w:cs="Times New Roman"/>
        </w:rPr>
        <w:t>accidentare</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sau</w:t>
      </w:r>
      <w:proofErr w:type="spellEnd"/>
      <w:r w:rsidRPr="00925B34">
        <w:rPr>
          <w:rFonts w:ascii="Times New Roman" w:hAnsi="Times New Roman" w:cs="Times New Roman"/>
        </w:rPr>
        <w:t xml:space="preserve"> </w:t>
      </w:r>
      <w:r w:rsidRPr="00925B34">
        <w:rPr>
          <w:rFonts w:ascii="Times New Roman" w:hAnsi="Times New Roman" w:cs="Times New Roman"/>
          <w:lang w:val="ro-RO"/>
        </w:rPr>
        <w:t>îmbolnăvire</w:t>
      </w:r>
      <w:r w:rsidRPr="00925B34">
        <w:rPr>
          <w:rFonts w:ascii="Times New Roman" w:hAnsi="Times New Roman" w:cs="Times New Roman"/>
        </w:rPr>
        <w:t xml:space="preserve">            </w:t>
      </w:r>
      <w:r w:rsidRPr="00925B34">
        <w:rPr>
          <w:rFonts w:ascii="Times New Roman" w:hAnsi="Times New Roman" w:cs="Times New Roman"/>
          <w:lang w:val="ro-RO"/>
        </w:rPr>
        <w:t xml:space="preserve"> </w:t>
      </w:r>
      <w:proofErr w:type="spellStart"/>
      <w:r w:rsidRPr="00925B34">
        <w:rPr>
          <w:rFonts w:ascii="Times New Roman" w:hAnsi="Times New Roman" w:cs="Times New Roman"/>
        </w:rPr>
        <w:t>profesională</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atât</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persoana</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proprie</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cât</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şi</w:t>
      </w:r>
      <w:proofErr w:type="spellEnd"/>
      <w:r w:rsidRPr="00925B34">
        <w:rPr>
          <w:rFonts w:ascii="Times New Roman" w:hAnsi="Times New Roman" w:cs="Times New Roman"/>
        </w:rPr>
        <w:t xml:space="preserve"> pe </w:t>
      </w:r>
      <w:proofErr w:type="spellStart"/>
      <w:r w:rsidRPr="00925B34">
        <w:rPr>
          <w:rFonts w:ascii="Times New Roman" w:hAnsi="Times New Roman" w:cs="Times New Roman"/>
        </w:rPr>
        <w:t>celelalte</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persoane</w:t>
      </w:r>
      <w:proofErr w:type="spellEnd"/>
      <w:r w:rsidRPr="00925B34">
        <w:rPr>
          <w:rFonts w:ascii="Times New Roman" w:hAnsi="Times New Roman" w:cs="Times New Roman"/>
          <w:lang w:val="ro-RO"/>
        </w:rPr>
        <w:t xml:space="preserve"> </w:t>
      </w:r>
      <w:proofErr w:type="spellStart"/>
      <w:r w:rsidRPr="00925B34">
        <w:rPr>
          <w:rFonts w:ascii="Times New Roman" w:hAnsi="Times New Roman" w:cs="Times New Roman"/>
        </w:rPr>
        <w:t>participante</w:t>
      </w:r>
      <w:proofErr w:type="spellEnd"/>
      <w:r w:rsidRPr="00925B34">
        <w:rPr>
          <w:rFonts w:ascii="Times New Roman" w:hAnsi="Times New Roman" w:cs="Times New Roman"/>
        </w:rPr>
        <w:t xml:space="preserve"> la </w:t>
      </w:r>
      <w:proofErr w:type="spellStart"/>
      <w:r w:rsidRPr="00925B34">
        <w:rPr>
          <w:rFonts w:ascii="Times New Roman" w:hAnsi="Times New Roman" w:cs="Times New Roman"/>
        </w:rPr>
        <w:t>procesul</w:t>
      </w:r>
      <w:proofErr w:type="spellEnd"/>
      <w:r w:rsidRPr="00925B34">
        <w:rPr>
          <w:rFonts w:ascii="Times New Roman" w:hAnsi="Times New Roman" w:cs="Times New Roman"/>
        </w:rPr>
        <w:t xml:space="preserve"> de </w:t>
      </w:r>
      <w:proofErr w:type="spellStart"/>
      <w:r w:rsidRPr="00925B34">
        <w:rPr>
          <w:rFonts w:ascii="Times New Roman" w:hAnsi="Times New Roman" w:cs="Times New Roman"/>
        </w:rPr>
        <w:t>muncă</w:t>
      </w:r>
      <w:proofErr w:type="spellEnd"/>
      <w:r w:rsidRPr="00925B34">
        <w:rPr>
          <w:rFonts w:ascii="Times New Roman" w:hAnsi="Times New Roman" w:cs="Times New Roman"/>
        </w:rPr>
        <w:t>;</w:t>
      </w:r>
    </w:p>
    <w:p w:rsidR="00925B34" w:rsidRPr="00925B34" w:rsidRDefault="00925B34" w:rsidP="00925B34">
      <w:pPr>
        <w:pStyle w:val="Listcumarcatori"/>
        <w:rPr>
          <w:rFonts w:ascii="Times New Roman" w:hAnsi="Times New Roman" w:cs="Times New Roman"/>
          <w:lang w:val="fr-FR"/>
        </w:rPr>
      </w:pPr>
      <w:r w:rsidRPr="00925B34">
        <w:rPr>
          <w:rFonts w:ascii="Times New Roman" w:hAnsi="Times New Roman" w:cs="Times New Roman"/>
          <w:lang w:val="ro-RO"/>
        </w:rPr>
        <w:t>-</w:t>
      </w:r>
      <w:r w:rsidRPr="00925B34">
        <w:rPr>
          <w:rFonts w:ascii="Times New Roman" w:hAnsi="Times New Roman" w:cs="Times New Roman"/>
          <w:lang w:val="fr-FR"/>
        </w:rPr>
        <w:t xml:space="preserve"> </w:t>
      </w:r>
      <w:r w:rsidRPr="00925B34">
        <w:rPr>
          <w:rFonts w:ascii="Times New Roman" w:hAnsi="Times New Roman" w:cs="Times New Roman"/>
          <w:lang w:val="ro-RO"/>
        </w:rPr>
        <w:t>Î</w:t>
      </w:r>
      <w:r w:rsidRPr="00925B34">
        <w:rPr>
          <w:rFonts w:ascii="Times New Roman" w:hAnsi="Times New Roman" w:cs="Times New Roman"/>
          <w:lang w:val="fr-FR"/>
        </w:rPr>
        <w:t xml:space="preserve">si </w:t>
      </w:r>
      <w:r w:rsidRPr="00925B34">
        <w:rPr>
          <w:rFonts w:ascii="Times New Roman" w:hAnsi="Times New Roman" w:cs="Times New Roman"/>
          <w:lang w:val="ro-RO"/>
        </w:rPr>
        <w:t>î</w:t>
      </w:r>
      <w:proofErr w:type="spellStart"/>
      <w:r w:rsidRPr="00925B34">
        <w:rPr>
          <w:rFonts w:ascii="Times New Roman" w:hAnsi="Times New Roman" w:cs="Times New Roman"/>
          <w:lang w:val="fr-FR"/>
        </w:rPr>
        <w:t>nsu</w:t>
      </w:r>
      <w:proofErr w:type="spellEnd"/>
      <w:r w:rsidRPr="00925B34">
        <w:rPr>
          <w:rFonts w:ascii="Times New Roman" w:hAnsi="Times New Roman" w:cs="Times New Roman"/>
          <w:lang w:val="ro-RO"/>
        </w:rPr>
        <w:t>ș</w:t>
      </w:r>
      <w:r w:rsidRPr="00925B34">
        <w:rPr>
          <w:rFonts w:ascii="Times New Roman" w:hAnsi="Times New Roman" w:cs="Times New Roman"/>
          <w:lang w:val="fr-FR"/>
        </w:rPr>
        <w:t>e</w:t>
      </w:r>
      <w:r w:rsidRPr="00925B34">
        <w:rPr>
          <w:rFonts w:ascii="Times New Roman" w:hAnsi="Times New Roman" w:cs="Times New Roman"/>
          <w:lang w:val="ro-RO"/>
        </w:rPr>
        <w:t>ș</w:t>
      </w:r>
      <w:r w:rsidRPr="00925B34">
        <w:rPr>
          <w:rFonts w:ascii="Times New Roman" w:hAnsi="Times New Roman" w:cs="Times New Roman"/>
          <w:lang w:val="fr-FR"/>
        </w:rPr>
        <w:t xml:space="preserve">te si respecta </w:t>
      </w:r>
      <w:proofErr w:type="spellStart"/>
      <w:r w:rsidRPr="00925B34">
        <w:rPr>
          <w:rFonts w:ascii="Times New Roman" w:hAnsi="Times New Roman" w:cs="Times New Roman"/>
          <w:lang w:val="fr-FR"/>
        </w:rPr>
        <w:t>prevederile</w:t>
      </w:r>
      <w:proofErr w:type="spellEnd"/>
      <w:r w:rsidRPr="00925B34">
        <w:rPr>
          <w:rFonts w:ascii="Times New Roman" w:hAnsi="Times New Roman" w:cs="Times New Roman"/>
          <w:lang w:val="fr-FR"/>
        </w:rPr>
        <w:t xml:space="preserve"> </w:t>
      </w:r>
      <w:proofErr w:type="spellStart"/>
      <w:r w:rsidRPr="00925B34">
        <w:rPr>
          <w:rFonts w:ascii="Times New Roman" w:hAnsi="Times New Roman" w:cs="Times New Roman"/>
          <w:lang w:val="fr-FR"/>
        </w:rPr>
        <w:t>Legii</w:t>
      </w:r>
      <w:proofErr w:type="spellEnd"/>
      <w:r w:rsidRPr="00925B34">
        <w:rPr>
          <w:rFonts w:ascii="Times New Roman" w:hAnsi="Times New Roman" w:cs="Times New Roman"/>
          <w:lang w:val="fr-FR"/>
        </w:rPr>
        <w:t xml:space="preserve"> nr. 307/2006 </w:t>
      </w:r>
      <w:proofErr w:type="spellStart"/>
      <w:r w:rsidRPr="00925B34">
        <w:rPr>
          <w:rFonts w:ascii="Times New Roman" w:hAnsi="Times New Roman" w:cs="Times New Roman"/>
          <w:lang w:val="fr-FR"/>
        </w:rPr>
        <w:t>privind</w:t>
      </w:r>
      <w:proofErr w:type="spellEnd"/>
      <w:r w:rsidRPr="00925B34">
        <w:rPr>
          <w:rFonts w:ascii="Times New Roman" w:hAnsi="Times New Roman" w:cs="Times New Roman"/>
          <w:lang w:val="fr-FR"/>
        </w:rPr>
        <w:t xml:space="preserve"> </w:t>
      </w:r>
      <w:proofErr w:type="spellStart"/>
      <w:r w:rsidRPr="00925B34">
        <w:rPr>
          <w:rFonts w:ascii="Times New Roman" w:hAnsi="Times New Roman" w:cs="Times New Roman"/>
          <w:lang w:val="fr-FR"/>
        </w:rPr>
        <w:t>apararea</w:t>
      </w:r>
      <w:proofErr w:type="spellEnd"/>
      <w:r w:rsidRPr="00925B34">
        <w:rPr>
          <w:rFonts w:ascii="Times New Roman" w:hAnsi="Times New Roman" w:cs="Times New Roman"/>
          <w:lang w:val="fr-FR"/>
        </w:rPr>
        <w:t xml:space="preserve"> </w:t>
      </w:r>
      <w:proofErr w:type="spellStart"/>
      <w:r w:rsidRPr="00925B34">
        <w:rPr>
          <w:rFonts w:ascii="Times New Roman" w:hAnsi="Times New Roman" w:cs="Times New Roman"/>
          <w:lang w:val="fr-FR"/>
        </w:rPr>
        <w:t>impotriva</w:t>
      </w:r>
      <w:proofErr w:type="spellEnd"/>
      <w:r w:rsidRPr="00925B34">
        <w:rPr>
          <w:rFonts w:ascii="Times New Roman" w:hAnsi="Times New Roman" w:cs="Times New Roman"/>
          <w:lang w:val="fr-FR"/>
        </w:rPr>
        <w:t xml:space="preserve"> </w:t>
      </w:r>
      <w:proofErr w:type="spellStart"/>
      <w:r w:rsidRPr="00925B34">
        <w:rPr>
          <w:rFonts w:ascii="Times New Roman" w:hAnsi="Times New Roman" w:cs="Times New Roman"/>
          <w:lang w:val="fr-FR"/>
        </w:rPr>
        <w:t>incendiilor</w:t>
      </w:r>
      <w:proofErr w:type="spellEnd"/>
      <w:r w:rsidRPr="00925B34">
        <w:rPr>
          <w:rFonts w:ascii="Times New Roman" w:hAnsi="Times New Roman" w:cs="Times New Roman"/>
          <w:lang w:val="fr-FR"/>
        </w:rPr>
        <w:t> ;</w:t>
      </w:r>
    </w:p>
    <w:p w:rsidR="00925B34" w:rsidRPr="00925B34" w:rsidRDefault="00925B34" w:rsidP="00925B34">
      <w:pPr>
        <w:pStyle w:val="Listcumarcatori"/>
        <w:rPr>
          <w:rFonts w:ascii="Times New Roman" w:hAnsi="Times New Roman" w:cs="Times New Roman"/>
        </w:rPr>
      </w:pPr>
      <w:r w:rsidRPr="00925B34">
        <w:rPr>
          <w:rFonts w:ascii="Times New Roman" w:hAnsi="Times New Roman" w:cs="Times New Roman"/>
        </w:rPr>
        <w:t>-</w:t>
      </w:r>
      <w:r w:rsidRPr="00925B34">
        <w:rPr>
          <w:rFonts w:ascii="Times New Roman" w:hAnsi="Times New Roman" w:cs="Times New Roman"/>
          <w:lang w:val="ro-RO"/>
        </w:rPr>
        <w:t xml:space="preserve"> Să</w:t>
      </w:r>
      <w:r w:rsidRPr="00925B34">
        <w:rPr>
          <w:rFonts w:ascii="Times New Roman" w:hAnsi="Times New Roman" w:cs="Times New Roman"/>
        </w:rPr>
        <w:t xml:space="preserve"> nu consume </w:t>
      </w:r>
      <w:proofErr w:type="spellStart"/>
      <w:r w:rsidRPr="00925B34">
        <w:rPr>
          <w:rFonts w:ascii="Times New Roman" w:hAnsi="Times New Roman" w:cs="Times New Roman"/>
        </w:rPr>
        <w:t>bauturi</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alcoolice</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sau</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substante</w:t>
      </w:r>
      <w:proofErr w:type="spellEnd"/>
      <w:r w:rsidRPr="00925B34">
        <w:rPr>
          <w:rFonts w:ascii="Times New Roman" w:hAnsi="Times New Roman" w:cs="Times New Roman"/>
        </w:rPr>
        <w:t xml:space="preserve"> </w:t>
      </w:r>
      <w:r w:rsidRPr="00925B34">
        <w:rPr>
          <w:rFonts w:ascii="Times New Roman" w:hAnsi="Times New Roman" w:cs="Times New Roman"/>
          <w:lang w:val="ro-RO"/>
        </w:rPr>
        <w:t>ș</w:t>
      </w:r>
      <w:proofErr w:type="spellStart"/>
      <w:r w:rsidRPr="00925B34">
        <w:rPr>
          <w:rFonts w:ascii="Times New Roman" w:hAnsi="Times New Roman" w:cs="Times New Roman"/>
        </w:rPr>
        <w:t>i</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medicamente</w:t>
      </w:r>
      <w:proofErr w:type="spellEnd"/>
      <w:r w:rsidRPr="00925B34">
        <w:rPr>
          <w:rFonts w:ascii="Times New Roman" w:hAnsi="Times New Roman" w:cs="Times New Roman"/>
        </w:rPr>
        <w:t xml:space="preserve"> cu </w:t>
      </w:r>
      <w:proofErr w:type="spellStart"/>
      <w:r w:rsidRPr="00925B34">
        <w:rPr>
          <w:rFonts w:ascii="Times New Roman" w:hAnsi="Times New Roman" w:cs="Times New Roman"/>
        </w:rPr>
        <w:t>efect</w:t>
      </w:r>
      <w:proofErr w:type="spellEnd"/>
      <w:r w:rsidRPr="00925B34">
        <w:rPr>
          <w:rFonts w:ascii="Times New Roman" w:hAnsi="Times New Roman" w:cs="Times New Roman"/>
        </w:rPr>
        <w:t xml:space="preserve"> similar,</w:t>
      </w:r>
      <w:r w:rsidRPr="00925B34">
        <w:rPr>
          <w:rFonts w:ascii="Times New Roman" w:hAnsi="Times New Roman" w:cs="Times New Roman"/>
          <w:lang w:val="ro-RO"/>
        </w:rPr>
        <w:t xml:space="preserve"> </w:t>
      </w:r>
      <w:proofErr w:type="spellStart"/>
      <w:r w:rsidRPr="00925B34">
        <w:rPr>
          <w:rFonts w:ascii="Times New Roman" w:hAnsi="Times New Roman" w:cs="Times New Roman"/>
        </w:rPr>
        <w:t>ori</w:t>
      </w:r>
      <w:proofErr w:type="spellEnd"/>
      <w:r w:rsidRPr="00925B34">
        <w:rPr>
          <w:rFonts w:ascii="Times New Roman" w:hAnsi="Times New Roman" w:cs="Times New Roman"/>
        </w:rPr>
        <w:t xml:space="preserve"> s</w:t>
      </w:r>
      <w:r w:rsidRPr="00925B34">
        <w:rPr>
          <w:rFonts w:ascii="Times New Roman" w:hAnsi="Times New Roman" w:cs="Times New Roman"/>
          <w:lang w:val="ro-RO"/>
        </w:rPr>
        <w:t>ă</w:t>
      </w:r>
      <w:r w:rsidRPr="00925B34">
        <w:rPr>
          <w:rFonts w:ascii="Times New Roman" w:hAnsi="Times New Roman" w:cs="Times New Roman"/>
        </w:rPr>
        <w:t xml:space="preserve"> </w:t>
      </w:r>
      <w:proofErr w:type="spellStart"/>
      <w:r w:rsidRPr="00925B34">
        <w:rPr>
          <w:rFonts w:ascii="Times New Roman" w:hAnsi="Times New Roman" w:cs="Times New Roman"/>
        </w:rPr>
        <w:t>faciliteze</w:t>
      </w:r>
      <w:proofErr w:type="spellEnd"/>
      <w:r w:rsidRPr="00925B34">
        <w:rPr>
          <w:rFonts w:ascii="Times New Roman" w:hAnsi="Times New Roman" w:cs="Times New Roman"/>
        </w:rPr>
        <w:t xml:space="preserve"> s</w:t>
      </w:r>
      <w:r w:rsidRPr="00925B34">
        <w:rPr>
          <w:rFonts w:ascii="Times New Roman" w:hAnsi="Times New Roman" w:cs="Times New Roman"/>
          <w:lang w:val="ro-RO"/>
        </w:rPr>
        <w:t>ă</w:t>
      </w:r>
      <w:r w:rsidRPr="00925B34">
        <w:rPr>
          <w:rFonts w:ascii="Times New Roman" w:hAnsi="Times New Roman" w:cs="Times New Roman"/>
        </w:rPr>
        <w:t>v</w:t>
      </w:r>
      <w:r w:rsidRPr="00925B34">
        <w:rPr>
          <w:rFonts w:ascii="Times New Roman" w:hAnsi="Times New Roman" w:cs="Times New Roman"/>
          <w:lang w:val="ro-RO"/>
        </w:rPr>
        <w:t>â</w:t>
      </w:r>
      <w:r w:rsidRPr="00925B34">
        <w:rPr>
          <w:rFonts w:ascii="Times New Roman" w:hAnsi="Times New Roman" w:cs="Times New Roman"/>
        </w:rPr>
        <w:t>r</w:t>
      </w:r>
      <w:r w:rsidRPr="00925B34">
        <w:rPr>
          <w:rFonts w:ascii="Times New Roman" w:hAnsi="Times New Roman" w:cs="Times New Roman"/>
          <w:lang w:val="ro-RO"/>
        </w:rPr>
        <w:t>ș</w:t>
      </w:r>
      <w:proofErr w:type="spellStart"/>
      <w:r w:rsidRPr="00925B34">
        <w:rPr>
          <w:rFonts w:ascii="Times New Roman" w:hAnsi="Times New Roman" w:cs="Times New Roman"/>
        </w:rPr>
        <w:t>irea</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acestor</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fapte</w:t>
      </w:r>
      <w:proofErr w:type="spellEnd"/>
      <w:r w:rsidRPr="00925B34">
        <w:rPr>
          <w:rFonts w:ascii="Times New Roman" w:hAnsi="Times New Roman" w:cs="Times New Roman"/>
        </w:rPr>
        <w:t xml:space="preserve"> </w:t>
      </w:r>
      <w:r w:rsidRPr="00925B34">
        <w:rPr>
          <w:rFonts w:ascii="Times New Roman" w:hAnsi="Times New Roman" w:cs="Times New Roman"/>
          <w:lang w:val="ro-RO"/>
        </w:rPr>
        <w:t>î</w:t>
      </w:r>
      <w:r w:rsidRPr="00925B34">
        <w:rPr>
          <w:rFonts w:ascii="Times New Roman" w:hAnsi="Times New Roman" w:cs="Times New Roman"/>
        </w:rPr>
        <w:t xml:space="preserve">n </w:t>
      </w:r>
      <w:proofErr w:type="spellStart"/>
      <w:r w:rsidRPr="00925B34">
        <w:rPr>
          <w:rFonts w:ascii="Times New Roman" w:hAnsi="Times New Roman" w:cs="Times New Roman"/>
        </w:rPr>
        <w:t>timpul</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programului</w:t>
      </w:r>
      <w:proofErr w:type="spellEnd"/>
      <w:r w:rsidRPr="00925B34">
        <w:rPr>
          <w:rFonts w:ascii="Times New Roman" w:hAnsi="Times New Roman" w:cs="Times New Roman"/>
        </w:rPr>
        <w:t xml:space="preserve"> de </w:t>
      </w:r>
      <w:proofErr w:type="spellStart"/>
      <w:r w:rsidRPr="00925B34">
        <w:rPr>
          <w:rFonts w:ascii="Times New Roman" w:hAnsi="Times New Roman" w:cs="Times New Roman"/>
        </w:rPr>
        <w:t>lucru</w:t>
      </w:r>
      <w:proofErr w:type="spellEnd"/>
      <w:r w:rsidRPr="00925B34">
        <w:rPr>
          <w:rFonts w:ascii="Times New Roman" w:hAnsi="Times New Roman" w:cs="Times New Roman"/>
        </w:rPr>
        <w:t>;</w:t>
      </w:r>
    </w:p>
    <w:p w:rsidR="00925B34" w:rsidRPr="00925B34" w:rsidRDefault="00925B34" w:rsidP="00925B34">
      <w:pPr>
        <w:pStyle w:val="Listcumarcatori"/>
        <w:rPr>
          <w:rFonts w:ascii="Times New Roman" w:eastAsia="SimSun" w:hAnsi="Times New Roman" w:cs="Times New Roman"/>
        </w:rPr>
      </w:pPr>
      <w:r w:rsidRPr="00925B34">
        <w:rPr>
          <w:rFonts w:ascii="Times New Roman" w:eastAsia="SimSun" w:hAnsi="Times New Roman" w:cs="Times New Roman"/>
        </w:rPr>
        <w:t xml:space="preserve"> - </w:t>
      </w:r>
      <w:proofErr w:type="spellStart"/>
      <w:r w:rsidRPr="00925B34">
        <w:rPr>
          <w:rFonts w:ascii="Times New Roman" w:eastAsia="SimSun" w:hAnsi="Times New Roman" w:cs="Times New Roman"/>
        </w:rPr>
        <w:t>Participă</w:t>
      </w:r>
      <w:proofErr w:type="spellEnd"/>
      <w:r w:rsidRPr="00925B34">
        <w:rPr>
          <w:rFonts w:ascii="Times New Roman" w:eastAsia="SimSun" w:hAnsi="Times New Roman" w:cs="Times New Roman"/>
        </w:rPr>
        <w:t xml:space="preserve"> la </w:t>
      </w:r>
      <w:proofErr w:type="spellStart"/>
      <w:r w:rsidRPr="00925B34">
        <w:rPr>
          <w:rFonts w:ascii="Times New Roman" w:eastAsia="SimSun" w:hAnsi="Times New Roman" w:cs="Times New Roman"/>
        </w:rPr>
        <w:t>instructajele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privind</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securitatea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sănătatea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muncii</w:t>
      </w:r>
      <w:proofErr w:type="spellEnd"/>
      <w:r w:rsidRPr="00925B34">
        <w:rPr>
          <w:rFonts w:ascii="Times New Roman" w:eastAsia="SimSun" w:hAnsi="Times New Roman" w:cs="Times New Roman"/>
        </w:rPr>
        <w:t xml:space="preserve">, PSI, </w:t>
      </w:r>
      <w:proofErr w:type="spellStart"/>
      <w:r w:rsidRPr="00925B34">
        <w:rPr>
          <w:rFonts w:ascii="Times New Roman" w:eastAsia="SimSun" w:hAnsi="Times New Roman" w:cs="Times New Roman"/>
        </w:rPr>
        <w:t>protecţia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muncii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situaţii</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urgenţă</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prevenirea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controlul</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infecţiilor</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nosocomiale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răspunde</w:t>
      </w:r>
      <w:proofErr w:type="spellEnd"/>
      <w:r w:rsidRPr="00925B34">
        <w:rPr>
          <w:rFonts w:ascii="Times New Roman" w:eastAsia="SimSun" w:hAnsi="Times New Roman" w:cs="Times New Roman"/>
        </w:rPr>
        <w:t xml:space="preserve"> de </w:t>
      </w:r>
      <w:proofErr w:type="spellStart"/>
      <w:r w:rsidRPr="00925B34">
        <w:rPr>
          <w:rFonts w:ascii="Times New Roman" w:eastAsia="SimSun" w:hAnsi="Times New Roman" w:cs="Times New Roman"/>
        </w:rPr>
        <w:t>însuşirea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aplicarea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acestora</w:t>
      </w:r>
      <w:proofErr w:type="spellEnd"/>
      <w:r w:rsidRPr="00925B34">
        <w:rPr>
          <w:rFonts w:ascii="Times New Roman" w:eastAsia="SimSun" w:hAnsi="Times New Roman" w:cs="Times New Roman"/>
        </w:rPr>
        <w:t>;</w:t>
      </w:r>
    </w:p>
    <w:p w:rsidR="00925B34" w:rsidRPr="00925B34" w:rsidRDefault="00925B34" w:rsidP="00925B34">
      <w:pPr>
        <w:pStyle w:val="Listcumarcatori"/>
        <w:rPr>
          <w:rFonts w:ascii="Times New Roman" w:eastAsia="SimSun" w:hAnsi="Times New Roman" w:cs="Times New Roman"/>
        </w:rPr>
      </w:pPr>
      <w:r w:rsidRPr="00925B34">
        <w:rPr>
          <w:rFonts w:ascii="Times New Roman" w:eastAsia="SimSun" w:hAnsi="Times New Roman" w:cs="Times New Roman"/>
        </w:rPr>
        <w:t xml:space="preserve"> - </w:t>
      </w:r>
      <w:proofErr w:type="spellStart"/>
      <w:r w:rsidRPr="00925B34">
        <w:rPr>
          <w:rFonts w:ascii="Times New Roman" w:eastAsia="SimSun" w:hAnsi="Times New Roman" w:cs="Times New Roman"/>
        </w:rPr>
        <w:t>Sesizeaza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şeful</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ierarhic</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asupra</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oricărei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probleme</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ivite</w:t>
      </w:r>
      <w:proofErr w:type="spellEnd"/>
      <w:r w:rsidRPr="00925B34">
        <w:rPr>
          <w:rFonts w:ascii="Times New Roman" w:eastAsia="SimSun" w:hAnsi="Times New Roman" w:cs="Times New Roman"/>
        </w:rPr>
        <w:t xml:space="preserve"> pe </w:t>
      </w:r>
      <w:proofErr w:type="spellStart"/>
      <w:r w:rsidRPr="00925B34">
        <w:rPr>
          <w:rFonts w:ascii="Times New Roman" w:eastAsia="SimSun" w:hAnsi="Times New Roman" w:cs="Times New Roman"/>
        </w:rPr>
        <w:t>parcursul</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derulării</w:t>
      </w:r>
      <w:proofErr w:type="spellEnd"/>
      <w:r w:rsidRPr="00925B34">
        <w:rPr>
          <w:rFonts w:ascii="Times New Roman" w:eastAsia="SimSun" w:hAnsi="Times New Roman" w:cs="Times New Roman"/>
        </w:rPr>
        <w:t xml:space="preserve"> </w:t>
      </w:r>
      <w:proofErr w:type="spellStart"/>
      <w:r w:rsidRPr="00925B34">
        <w:rPr>
          <w:rFonts w:ascii="Times New Roman" w:eastAsia="SimSun" w:hAnsi="Times New Roman" w:cs="Times New Roman"/>
        </w:rPr>
        <w:t>activităţii</w:t>
      </w:r>
      <w:proofErr w:type="spellEnd"/>
      <w:r w:rsidRPr="00925B34">
        <w:rPr>
          <w:rFonts w:ascii="Times New Roman" w:eastAsia="SimSun" w:hAnsi="Times New Roman" w:cs="Times New Roman"/>
        </w:rPr>
        <w:t>;</w:t>
      </w:r>
    </w:p>
    <w:p w:rsidR="00925B34" w:rsidRPr="00925B34" w:rsidRDefault="00925B34" w:rsidP="00925B34">
      <w:pPr>
        <w:pStyle w:val="Listcumarcatori"/>
        <w:numPr>
          <w:ilvl w:val="0"/>
          <w:numId w:val="0"/>
        </w:numPr>
        <w:ind w:left="360"/>
        <w:rPr>
          <w:rFonts w:ascii="Times New Roman" w:eastAsia="SimSun" w:hAnsi="Times New Roman" w:cs="Times New Roman"/>
        </w:rPr>
      </w:pPr>
    </w:p>
    <w:p w:rsidR="00925B34" w:rsidRPr="00925B34" w:rsidRDefault="009331B0" w:rsidP="00925B34">
      <w:pPr>
        <w:pStyle w:val="Listcumarcatori"/>
        <w:numPr>
          <w:ilvl w:val="0"/>
          <w:numId w:val="0"/>
        </w:numPr>
        <w:ind w:left="360"/>
        <w:rPr>
          <w:rFonts w:ascii="Times New Roman" w:hAnsi="Times New Roman" w:cs="Times New Roman"/>
          <w:b/>
          <w:bCs/>
        </w:rPr>
      </w:pPr>
      <w:r>
        <w:rPr>
          <w:rFonts w:ascii="Times New Roman" w:hAnsi="Times New Roman" w:cs="Times New Roman"/>
          <w:b/>
          <w:bCs/>
        </w:rPr>
        <w:t xml:space="preserve">VI. </w:t>
      </w:r>
      <w:r w:rsidR="00925B34" w:rsidRPr="00925B34">
        <w:rPr>
          <w:rFonts w:ascii="Times New Roman" w:hAnsi="Times New Roman" w:cs="Times New Roman"/>
          <w:b/>
          <w:bCs/>
        </w:rPr>
        <w:t>OBLIGAŢII PE LINIA SSM</w:t>
      </w:r>
    </w:p>
    <w:p w:rsidR="00925B34" w:rsidRPr="00925B34" w:rsidRDefault="00925B34" w:rsidP="00925B34">
      <w:pPr>
        <w:pStyle w:val="Listcumarcatori"/>
        <w:rPr>
          <w:rFonts w:ascii="Times New Roman" w:hAnsi="Times New Roman" w:cs="Times New Roman"/>
        </w:rPr>
      </w:pPr>
      <w:r w:rsidRPr="00925B34">
        <w:rPr>
          <w:rFonts w:ascii="Times New Roman" w:hAnsi="Times New Roman" w:cs="Times New Roman"/>
          <w:lang w:val="ro-RO"/>
        </w:rPr>
        <w:t>- s</w:t>
      </w:r>
      <w:r w:rsidRPr="00925B34">
        <w:rPr>
          <w:rFonts w:ascii="Times New Roman" w:hAnsi="Times New Roman" w:cs="Times New Roman"/>
        </w:rPr>
        <w:t xml:space="preserve">ă </w:t>
      </w:r>
      <w:proofErr w:type="spellStart"/>
      <w:r w:rsidRPr="00925B34">
        <w:rPr>
          <w:rFonts w:ascii="Times New Roman" w:hAnsi="Times New Roman" w:cs="Times New Roman"/>
        </w:rPr>
        <w:t>desfăşoare</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activitatea</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în</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aşa</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fel</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încât</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să</w:t>
      </w:r>
      <w:proofErr w:type="spellEnd"/>
      <w:r w:rsidRPr="00925B34">
        <w:rPr>
          <w:rFonts w:ascii="Times New Roman" w:hAnsi="Times New Roman" w:cs="Times New Roman"/>
        </w:rPr>
        <w:t xml:space="preserve"> nu </w:t>
      </w:r>
      <w:proofErr w:type="spellStart"/>
      <w:r w:rsidRPr="00925B34">
        <w:rPr>
          <w:rFonts w:ascii="Times New Roman" w:hAnsi="Times New Roman" w:cs="Times New Roman"/>
        </w:rPr>
        <w:t>expună</w:t>
      </w:r>
      <w:proofErr w:type="spellEnd"/>
      <w:r w:rsidRPr="00925B34">
        <w:rPr>
          <w:rFonts w:ascii="Times New Roman" w:hAnsi="Times New Roman" w:cs="Times New Roman"/>
        </w:rPr>
        <w:t xml:space="preserve"> la </w:t>
      </w:r>
      <w:proofErr w:type="spellStart"/>
      <w:r w:rsidRPr="00925B34">
        <w:rPr>
          <w:rFonts w:ascii="Times New Roman" w:hAnsi="Times New Roman" w:cs="Times New Roman"/>
        </w:rPr>
        <w:t>pericol</w:t>
      </w:r>
      <w:proofErr w:type="spellEnd"/>
      <w:r w:rsidRPr="00925B34">
        <w:rPr>
          <w:rFonts w:ascii="Times New Roman" w:hAnsi="Times New Roman" w:cs="Times New Roman"/>
        </w:rPr>
        <w:t xml:space="preserve"> de </w:t>
      </w:r>
      <w:proofErr w:type="spellStart"/>
      <w:r w:rsidRPr="00925B34">
        <w:rPr>
          <w:rFonts w:ascii="Times New Roman" w:hAnsi="Times New Roman" w:cs="Times New Roman"/>
        </w:rPr>
        <w:t>accidentare</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sau</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îmbolnăvire</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profesională</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atât</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persoana</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proprie</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cât</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şi</w:t>
      </w:r>
      <w:proofErr w:type="spellEnd"/>
      <w:r w:rsidRPr="00925B34">
        <w:rPr>
          <w:rFonts w:ascii="Times New Roman" w:hAnsi="Times New Roman" w:cs="Times New Roman"/>
        </w:rPr>
        <w:t xml:space="preserve"> pe </w:t>
      </w:r>
      <w:proofErr w:type="spellStart"/>
      <w:r w:rsidRPr="00925B34">
        <w:rPr>
          <w:rFonts w:ascii="Times New Roman" w:hAnsi="Times New Roman" w:cs="Times New Roman"/>
        </w:rPr>
        <w:t>celelalte</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persoane</w:t>
      </w:r>
      <w:proofErr w:type="spellEnd"/>
      <w:r w:rsidRPr="00925B34">
        <w:rPr>
          <w:rFonts w:ascii="Times New Roman" w:hAnsi="Times New Roman" w:cs="Times New Roman"/>
          <w:lang w:val="ro-RO"/>
        </w:rPr>
        <w:t xml:space="preserve"> </w:t>
      </w:r>
      <w:proofErr w:type="spellStart"/>
      <w:r w:rsidRPr="00925B34">
        <w:rPr>
          <w:rFonts w:ascii="Times New Roman" w:hAnsi="Times New Roman" w:cs="Times New Roman"/>
        </w:rPr>
        <w:t>participante</w:t>
      </w:r>
      <w:proofErr w:type="spellEnd"/>
      <w:r w:rsidRPr="00925B34">
        <w:rPr>
          <w:rFonts w:ascii="Times New Roman" w:hAnsi="Times New Roman" w:cs="Times New Roman"/>
        </w:rPr>
        <w:t xml:space="preserve"> la </w:t>
      </w:r>
      <w:proofErr w:type="spellStart"/>
      <w:r w:rsidRPr="00925B34">
        <w:rPr>
          <w:rFonts w:ascii="Times New Roman" w:hAnsi="Times New Roman" w:cs="Times New Roman"/>
        </w:rPr>
        <w:t>procesul</w:t>
      </w:r>
      <w:proofErr w:type="spellEnd"/>
      <w:r w:rsidRPr="00925B34">
        <w:rPr>
          <w:rFonts w:ascii="Times New Roman" w:hAnsi="Times New Roman" w:cs="Times New Roman"/>
        </w:rPr>
        <w:t xml:space="preserve"> de </w:t>
      </w:r>
      <w:proofErr w:type="spellStart"/>
      <w:r w:rsidRPr="00925B34">
        <w:rPr>
          <w:rFonts w:ascii="Times New Roman" w:hAnsi="Times New Roman" w:cs="Times New Roman"/>
        </w:rPr>
        <w:t>muncă</w:t>
      </w:r>
      <w:proofErr w:type="spellEnd"/>
    </w:p>
    <w:p w:rsidR="00925B34" w:rsidRPr="00925B34" w:rsidRDefault="00925B34" w:rsidP="00925B34">
      <w:pPr>
        <w:pStyle w:val="Listcumarcatori"/>
        <w:rPr>
          <w:rFonts w:ascii="Times New Roman" w:hAnsi="Times New Roman" w:cs="Times New Roman"/>
        </w:rPr>
      </w:pPr>
      <w:r w:rsidRPr="00925B34">
        <w:rPr>
          <w:rFonts w:ascii="Times New Roman" w:hAnsi="Times New Roman" w:cs="Times New Roman"/>
          <w:lang w:val="ro-RO"/>
        </w:rPr>
        <w:t>- s</w:t>
      </w:r>
      <w:r w:rsidRPr="00925B34">
        <w:rPr>
          <w:rFonts w:ascii="Times New Roman" w:hAnsi="Times New Roman" w:cs="Times New Roman"/>
        </w:rPr>
        <w:t xml:space="preserve">ă </w:t>
      </w:r>
      <w:proofErr w:type="spellStart"/>
      <w:r w:rsidRPr="00925B34">
        <w:rPr>
          <w:rFonts w:ascii="Times New Roman" w:hAnsi="Times New Roman" w:cs="Times New Roman"/>
        </w:rPr>
        <w:t>verifice</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starea</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tehnică</w:t>
      </w:r>
      <w:proofErr w:type="spellEnd"/>
      <w:r w:rsidRPr="00925B34">
        <w:rPr>
          <w:rFonts w:ascii="Times New Roman" w:hAnsi="Times New Roman" w:cs="Times New Roman"/>
        </w:rPr>
        <w:t xml:space="preserve"> a </w:t>
      </w:r>
      <w:proofErr w:type="spellStart"/>
      <w:r w:rsidRPr="00925B34">
        <w:rPr>
          <w:rFonts w:ascii="Times New Roman" w:hAnsi="Times New Roman" w:cs="Times New Roman"/>
        </w:rPr>
        <w:t>mijloacelor</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tehnice</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uneltelor</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sculelor</w:t>
      </w:r>
      <w:proofErr w:type="spellEnd"/>
      <w:r w:rsidRPr="00925B34">
        <w:rPr>
          <w:rFonts w:ascii="Times New Roman" w:hAnsi="Times New Roman" w:cs="Times New Roman"/>
        </w:rPr>
        <w:t xml:space="preserve">) cu care se </w:t>
      </w:r>
      <w:proofErr w:type="spellStart"/>
      <w:r w:rsidRPr="00925B34">
        <w:rPr>
          <w:rFonts w:ascii="Times New Roman" w:hAnsi="Times New Roman" w:cs="Times New Roman"/>
        </w:rPr>
        <w:t>lucrează</w:t>
      </w:r>
      <w:proofErr w:type="spellEnd"/>
      <w:r w:rsidRPr="00925B34">
        <w:rPr>
          <w:rFonts w:ascii="Times New Roman" w:hAnsi="Times New Roman" w:cs="Times New Roman"/>
        </w:rPr>
        <w:t>;</w:t>
      </w:r>
    </w:p>
    <w:p w:rsidR="00925B34" w:rsidRPr="00925B34" w:rsidRDefault="00925B34" w:rsidP="00925B34">
      <w:pPr>
        <w:pStyle w:val="Listcumarcatori"/>
        <w:rPr>
          <w:rFonts w:ascii="Times New Roman" w:hAnsi="Times New Roman" w:cs="Times New Roman"/>
        </w:rPr>
      </w:pPr>
      <w:r w:rsidRPr="00925B34">
        <w:rPr>
          <w:rFonts w:ascii="Times New Roman" w:hAnsi="Times New Roman" w:cs="Times New Roman"/>
          <w:lang w:val="ro-RO"/>
        </w:rPr>
        <w:t>- s</w:t>
      </w:r>
      <w:r w:rsidRPr="00925B34">
        <w:rPr>
          <w:rFonts w:ascii="Times New Roman" w:hAnsi="Times New Roman" w:cs="Times New Roman"/>
        </w:rPr>
        <w:t xml:space="preserve">ă nu </w:t>
      </w:r>
      <w:proofErr w:type="spellStart"/>
      <w:r w:rsidRPr="00925B34">
        <w:rPr>
          <w:rFonts w:ascii="Times New Roman" w:hAnsi="Times New Roman" w:cs="Times New Roman"/>
        </w:rPr>
        <w:t>înceapă</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lucrului</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fără</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luarea</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tuturor</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măsurilor</w:t>
      </w:r>
      <w:proofErr w:type="spellEnd"/>
      <w:r w:rsidRPr="00925B34">
        <w:rPr>
          <w:rFonts w:ascii="Times New Roman" w:hAnsi="Times New Roman" w:cs="Times New Roman"/>
        </w:rPr>
        <w:t xml:space="preserve"> de </w:t>
      </w:r>
      <w:proofErr w:type="spellStart"/>
      <w:r w:rsidRPr="00925B34">
        <w:rPr>
          <w:rFonts w:ascii="Times New Roman" w:hAnsi="Times New Roman" w:cs="Times New Roman"/>
        </w:rPr>
        <w:t>securitate</w:t>
      </w:r>
      <w:proofErr w:type="spellEnd"/>
      <w:r w:rsidRPr="00925B34">
        <w:rPr>
          <w:rFonts w:ascii="Times New Roman" w:hAnsi="Times New Roman" w:cs="Times New Roman"/>
        </w:rPr>
        <w:t xml:space="preserve"> a </w:t>
      </w:r>
      <w:proofErr w:type="spellStart"/>
      <w:r w:rsidRPr="00925B34">
        <w:rPr>
          <w:rFonts w:ascii="Times New Roman" w:hAnsi="Times New Roman" w:cs="Times New Roman"/>
        </w:rPr>
        <w:t>muncii</w:t>
      </w:r>
      <w:proofErr w:type="spellEnd"/>
      <w:r w:rsidRPr="00925B34">
        <w:rPr>
          <w:rFonts w:ascii="Times New Roman" w:hAnsi="Times New Roman" w:cs="Times New Roman"/>
        </w:rPr>
        <w:t>;</w:t>
      </w:r>
    </w:p>
    <w:p w:rsidR="00925B34" w:rsidRPr="00925B34" w:rsidRDefault="00925B34" w:rsidP="00925B34">
      <w:pPr>
        <w:pStyle w:val="Listcumarcatori"/>
        <w:rPr>
          <w:rFonts w:ascii="Times New Roman" w:hAnsi="Times New Roman" w:cs="Times New Roman"/>
        </w:rPr>
      </w:pPr>
      <w:r w:rsidRPr="00925B34">
        <w:rPr>
          <w:rFonts w:ascii="Times New Roman" w:hAnsi="Times New Roman" w:cs="Times New Roman"/>
          <w:lang w:val="ro-RO"/>
        </w:rPr>
        <w:t>- s</w:t>
      </w:r>
      <w:r w:rsidRPr="00925B34">
        <w:rPr>
          <w:rFonts w:ascii="Times New Roman" w:hAnsi="Times New Roman" w:cs="Times New Roman"/>
        </w:rPr>
        <w:t xml:space="preserve">ă </w:t>
      </w:r>
      <w:proofErr w:type="spellStart"/>
      <w:r w:rsidRPr="00925B34">
        <w:rPr>
          <w:rFonts w:ascii="Times New Roman" w:hAnsi="Times New Roman" w:cs="Times New Roman"/>
        </w:rPr>
        <w:t>participe</w:t>
      </w:r>
      <w:proofErr w:type="spellEnd"/>
      <w:r w:rsidRPr="00925B34">
        <w:rPr>
          <w:rFonts w:ascii="Times New Roman" w:hAnsi="Times New Roman" w:cs="Times New Roman"/>
        </w:rPr>
        <w:t xml:space="preserve"> la </w:t>
      </w:r>
      <w:proofErr w:type="spellStart"/>
      <w:r w:rsidRPr="00925B34">
        <w:rPr>
          <w:rFonts w:ascii="Times New Roman" w:hAnsi="Times New Roman" w:cs="Times New Roman"/>
        </w:rPr>
        <w:t>instruirea</w:t>
      </w:r>
      <w:proofErr w:type="spellEnd"/>
      <w:r w:rsidRPr="00925B34">
        <w:rPr>
          <w:rFonts w:ascii="Times New Roman" w:hAnsi="Times New Roman" w:cs="Times New Roman"/>
        </w:rPr>
        <w:t xml:space="preserve"> pe </w:t>
      </w:r>
      <w:proofErr w:type="spellStart"/>
      <w:r w:rsidRPr="00925B34">
        <w:rPr>
          <w:rFonts w:ascii="Times New Roman" w:hAnsi="Times New Roman" w:cs="Times New Roman"/>
        </w:rPr>
        <w:t>linia</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protecţiei</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muncii</w:t>
      </w:r>
      <w:proofErr w:type="spellEnd"/>
      <w:r w:rsidRPr="00925B34">
        <w:rPr>
          <w:rFonts w:ascii="Times New Roman" w:hAnsi="Times New Roman" w:cs="Times New Roman"/>
        </w:rPr>
        <w:t>;</w:t>
      </w:r>
    </w:p>
    <w:p w:rsidR="00925B34" w:rsidRPr="00925B34" w:rsidRDefault="00925B34" w:rsidP="00925B34">
      <w:pPr>
        <w:pStyle w:val="Listcumarcatori"/>
        <w:rPr>
          <w:rFonts w:ascii="Times New Roman" w:hAnsi="Times New Roman" w:cs="Times New Roman"/>
        </w:rPr>
      </w:pPr>
      <w:r w:rsidRPr="00925B34">
        <w:rPr>
          <w:rFonts w:ascii="Times New Roman" w:hAnsi="Times New Roman" w:cs="Times New Roman"/>
          <w:lang w:val="ro-RO"/>
        </w:rPr>
        <w:t xml:space="preserve">- </w:t>
      </w:r>
      <w:proofErr w:type="spellStart"/>
      <w:r w:rsidRPr="00925B34">
        <w:rPr>
          <w:rFonts w:ascii="Times New Roman" w:hAnsi="Times New Roman" w:cs="Times New Roman"/>
        </w:rPr>
        <w:t>sa</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comunice</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imediat</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sefilor</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ierarhici</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si</w:t>
      </w:r>
      <w:proofErr w:type="spellEnd"/>
      <w:r w:rsidRPr="00925B34">
        <w:rPr>
          <w:rFonts w:ascii="Times New Roman" w:hAnsi="Times New Roman" w:cs="Times New Roman"/>
        </w:rPr>
        <w:t>/</w:t>
      </w:r>
      <w:proofErr w:type="spellStart"/>
      <w:r w:rsidRPr="00925B34">
        <w:rPr>
          <w:rFonts w:ascii="Times New Roman" w:hAnsi="Times New Roman" w:cs="Times New Roman"/>
        </w:rPr>
        <w:t>sau</w:t>
      </w:r>
      <w:proofErr w:type="spellEnd"/>
      <w:r w:rsidRPr="00925B34">
        <w:rPr>
          <w:rFonts w:ascii="Times New Roman" w:hAnsi="Times New Roman" w:cs="Times New Roman"/>
        </w:rPr>
        <w:t xml:space="preserve"> cu </w:t>
      </w:r>
      <w:proofErr w:type="spellStart"/>
      <w:r w:rsidRPr="00925B34">
        <w:rPr>
          <w:rFonts w:ascii="Times New Roman" w:hAnsi="Times New Roman" w:cs="Times New Roman"/>
        </w:rPr>
        <w:t>persoana</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desemnata</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orice</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situatie</w:t>
      </w:r>
      <w:proofErr w:type="spellEnd"/>
      <w:r w:rsidRPr="00925B34">
        <w:rPr>
          <w:rFonts w:ascii="Times New Roman" w:hAnsi="Times New Roman" w:cs="Times New Roman"/>
        </w:rPr>
        <w:t xml:space="preserve"> de </w:t>
      </w:r>
      <w:proofErr w:type="spellStart"/>
      <w:r w:rsidRPr="00925B34">
        <w:rPr>
          <w:rFonts w:ascii="Times New Roman" w:hAnsi="Times New Roman" w:cs="Times New Roman"/>
        </w:rPr>
        <w:t>munca</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despre</w:t>
      </w:r>
      <w:proofErr w:type="spellEnd"/>
      <w:r w:rsidRPr="00925B34">
        <w:rPr>
          <w:rFonts w:ascii="Times New Roman" w:hAnsi="Times New Roman" w:cs="Times New Roman"/>
        </w:rPr>
        <w:t xml:space="preserve"> care au motive </w:t>
      </w:r>
      <w:proofErr w:type="spellStart"/>
      <w:r w:rsidRPr="00925B34">
        <w:rPr>
          <w:rFonts w:ascii="Times New Roman" w:hAnsi="Times New Roman" w:cs="Times New Roman"/>
        </w:rPr>
        <w:t>intemeiate</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sa</w:t>
      </w:r>
      <w:proofErr w:type="spellEnd"/>
      <w:r w:rsidRPr="00925B34">
        <w:rPr>
          <w:rFonts w:ascii="Times New Roman" w:hAnsi="Times New Roman" w:cs="Times New Roman"/>
        </w:rPr>
        <w:t xml:space="preserve"> o </w:t>
      </w:r>
      <w:proofErr w:type="spellStart"/>
      <w:r w:rsidRPr="00925B34">
        <w:rPr>
          <w:rFonts w:ascii="Times New Roman" w:hAnsi="Times New Roman" w:cs="Times New Roman"/>
        </w:rPr>
        <w:t>considere</w:t>
      </w:r>
      <w:proofErr w:type="spellEnd"/>
      <w:r w:rsidRPr="00925B34">
        <w:rPr>
          <w:rFonts w:ascii="Times New Roman" w:hAnsi="Times New Roman" w:cs="Times New Roman"/>
        </w:rPr>
        <w:t xml:space="preserve"> un </w:t>
      </w:r>
      <w:proofErr w:type="spellStart"/>
      <w:r w:rsidRPr="00925B34">
        <w:rPr>
          <w:rFonts w:ascii="Times New Roman" w:hAnsi="Times New Roman" w:cs="Times New Roman"/>
        </w:rPr>
        <w:t>pericol</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pentru</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securitatea</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si</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sanatatea</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lucratorilor</w:t>
      </w:r>
      <w:proofErr w:type="spellEnd"/>
      <w:r w:rsidRPr="00925B34">
        <w:rPr>
          <w:rFonts w:ascii="Times New Roman" w:hAnsi="Times New Roman" w:cs="Times New Roman"/>
        </w:rPr>
        <w:t>,</w:t>
      </w:r>
      <w:r w:rsidRPr="00925B34">
        <w:rPr>
          <w:rFonts w:ascii="Times New Roman" w:hAnsi="Times New Roman" w:cs="Times New Roman"/>
          <w:lang w:val="ro-RO"/>
        </w:rPr>
        <w:t xml:space="preserve"> </w:t>
      </w:r>
      <w:r w:rsidRPr="00925B34">
        <w:rPr>
          <w:rFonts w:ascii="Times New Roman" w:hAnsi="Times New Roman" w:cs="Times New Roman"/>
        </w:rPr>
        <w:t xml:space="preserve">precum </w:t>
      </w:r>
      <w:proofErr w:type="spellStart"/>
      <w:r w:rsidRPr="00925B34">
        <w:rPr>
          <w:rFonts w:ascii="Times New Roman" w:hAnsi="Times New Roman" w:cs="Times New Roman"/>
        </w:rPr>
        <w:t>si</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orice</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deficienta</w:t>
      </w:r>
      <w:proofErr w:type="spellEnd"/>
      <w:r w:rsidRPr="00925B34">
        <w:rPr>
          <w:rFonts w:ascii="Times New Roman" w:hAnsi="Times New Roman" w:cs="Times New Roman"/>
        </w:rPr>
        <w:t xml:space="preserve"> a  </w:t>
      </w:r>
      <w:proofErr w:type="spellStart"/>
      <w:r w:rsidRPr="00925B34">
        <w:rPr>
          <w:rFonts w:ascii="Times New Roman" w:hAnsi="Times New Roman" w:cs="Times New Roman"/>
        </w:rPr>
        <w:t>sistemelor</w:t>
      </w:r>
      <w:proofErr w:type="spellEnd"/>
      <w:r w:rsidRPr="00925B34">
        <w:rPr>
          <w:rFonts w:ascii="Times New Roman" w:hAnsi="Times New Roman" w:cs="Times New Roman"/>
        </w:rPr>
        <w:t xml:space="preserve"> de </w:t>
      </w:r>
      <w:proofErr w:type="spellStart"/>
      <w:r w:rsidRPr="00925B34">
        <w:rPr>
          <w:rFonts w:ascii="Times New Roman" w:hAnsi="Times New Roman" w:cs="Times New Roman"/>
        </w:rPr>
        <w:t>protectie</w:t>
      </w:r>
      <w:proofErr w:type="spellEnd"/>
      <w:r w:rsidRPr="00925B34">
        <w:rPr>
          <w:rFonts w:ascii="Times New Roman" w:hAnsi="Times New Roman" w:cs="Times New Roman"/>
        </w:rPr>
        <w:t>;</w:t>
      </w:r>
    </w:p>
    <w:p w:rsidR="00925B34" w:rsidRPr="00925B34" w:rsidRDefault="00925B34" w:rsidP="00925B34">
      <w:pPr>
        <w:pStyle w:val="Listcumarcatori"/>
        <w:rPr>
          <w:rFonts w:ascii="Times New Roman" w:hAnsi="Times New Roman" w:cs="Times New Roman"/>
          <w:lang w:val="fr-FR"/>
        </w:rPr>
      </w:pPr>
      <w:r w:rsidRPr="00925B34">
        <w:rPr>
          <w:rFonts w:ascii="Times New Roman" w:hAnsi="Times New Roman" w:cs="Times New Roman"/>
          <w:lang w:val="ro-RO"/>
        </w:rPr>
        <w:t>- î</w:t>
      </w:r>
      <w:r w:rsidRPr="00925B34">
        <w:rPr>
          <w:rFonts w:ascii="Times New Roman" w:hAnsi="Times New Roman" w:cs="Times New Roman"/>
          <w:lang w:val="fr-FR"/>
        </w:rPr>
        <w:t xml:space="preserve">si </w:t>
      </w:r>
      <w:r w:rsidRPr="00925B34">
        <w:rPr>
          <w:rFonts w:ascii="Times New Roman" w:hAnsi="Times New Roman" w:cs="Times New Roman"/>
          <w:lang w:val="ro-RO"/>
        </w:rPr>
        <w:t>î</w:t>
      </w:r>
      <w:proofErr w:type="spellStart"/>
      <w:r w:rsidRPr="00925B34">
        <w:rPr>
          <w:rFonts w:ascii="Times New Roman" w:hAnsi="Times New Roman" w:cs="Times New Roman"/>
          <w:lang w:val="fr-FR"/>
        </w:rPr>
        <w:t>nsu</w:t>
      </w:r>
      <w:proofErr w:type="spellEnd"/>
      <w:r w:rsidRPr="00925B34">
        <w:rPr>
          <w:rFonts w:ascii="Times New Roman" w:hAnsi="Times New Roman" w:cs="Times New Roman"/>
          <w:lang w:val="ro-RO"/>
        </w:rPr>
        <w:t>ș</w:t>
      </w:r>
      <w:r w:rsidRPr="00925B34">
        <w:rPr>
          <w:rFonts w:ascii="Times New Roman" w:hAnsi="Times New Roman" w:cs="Times New Roman"/>
          <w:lang w:val="fr-FR"/>
        </w:rPr>
        <w:t>e</w:t>
      </w:r>
      <w:r w:rsidRPr="00925B34">
        <w:rPr>
          <w:rFonts w:ascii="Times New Roman" w:hAnsi="Times New Roman" w:cs="Times New Roman"/>
          <w:lang w:val="ro-RO"/>
        </w:rPr>
        <w:t>ș</w:t>
      </w:r>
      <w:r w:rsidRPr="00925B34">
        <w:rPr>
          <w:rFonts w:ascii="Times New Roman" w:hAnsi="Times New Roman" w:cs="Times New Roman"/>
          <w:lang w:val="fr-FR"/>
        </w:rPr>
        <w:t xml:space="preserve">te si respecta  </w:t>
      </w:r>
      <w:proofErr w:type="spellStart"/>
      <w:r w:rsidRPr="00925B34">
        <w:rPr>
          <w:rFonts w:ascii="Times New Roman" w:hAnsi="Times New Roman" w:cs="Times New Roman"/>
          <w:lang w:val="fr-FR"/>
        </w:rPr>
        <w:t>normele</w:t>
      </w:r>
      <w:proofErr w:type="spellEnd"/>
      <w:r w:rsidRPr="00925B34">
        <w:rPr>
          <w:rFonts w:ascii="Times New Roman" w:hAnsi="Times New Roman" w:cs="Times New Roman"/>
          <w:lang w:val="fr-FR"/>
        </w:rPr>
        <w:t xml:space="preserve"> de </w:t>
      </w:r>
      <w:proofErr w:type="spellStart"/>
      <w:r w:rsidRPr="00925B34">
        <w:rPr>
          <w:rFonts w:ascii="Times New Roman" w:hAnsi="Times New Roman" w:cs="Times New Roman"/>
          <w:lang w:val="fr-FR"/>
        </w:rPr>
        <w:t>securitate</w:t>
      </w:r>
      <w:proofErr w:type="spellEnd"/>
      <w:r w:rsidRPr="00925B34">
        <w:rPr>
          <w:rFonts w:ascii="Times New Roman" w:hAnsi="Times New Roman" w:cs="Times New Roman"/>
          <w:lang w:val="fr-FR"/>
        </w:rPr>
        <w:t xml:space="preserve"> si </w:t>
      </w:r>
      <w:proofErr w:type="spellStart"/>
      <w:r w:rsidRPr="00925B34">
        <w:rPr>
          <w:rFonts w:ascii="Times New Roman" w:hAnsi="Times New Roman" w:cs="Times New Roman"/>
          <w:lang w:val="fr-FR"/>
        </w:rPr>
        <w:t>sanatate</w:t>
      </w:r>
      <w:proofErr w:type="spellEnd"/>
      <w:r w:rsidRPr="00925B34">
        <w:rPr>
          <w:rFonts w:ascii="Times New Roman" w:hAnsi="Times New Roman" w:cs="Times New Roman"/>
          <w:lang w:val="fr-FR"/>
        </w:rPr>
        <w:t xml:space="preserve"> in </w:t>
      </w:r>
      <w:proofErr w:type="spellStart"/>
      <w:r w:rsidRPr="00925B34">
        <w:rPr>
          <w:rFonts w:ascii="Times New Roman" w:hAnsi="Times New Roman" w:cs="Times New Roman"/>
          <w:lang w:val="fr-FR"/>
        </w:rPr>
        <w:t>munca</w:t>
      </w:r>
      <w:proofErr w:type="spellEnd"/>
      <w:r w:rsidRPr="00925B34">
        <w:rPr>
          <w:rFonts w:ascii="Times New Roman" w:hAnsi="Times New Roman" w:cs="Times New Roman"/>
          <w:lang w:val="fr-FR"/>
        </w:rPr>
        <w:t xml:space="preserve"> </w:t>
      </w:r>
      <w:proofErr w:type="spellStart"/>
      <w:r w:rsidRPr="00925B34">
        <w:rPr>
          <w:rFonts w:ascii="Times New Roman" w:hAnsi="Times New Roman" w:cs="Times New Roman"/>
          <w:lang w:val="fr-FR"/>
        </w:rPr>
        <w:t>prevazute</w:t>
      </w:r>
      <w:proofErr w:type="spellEnd"/>
      <w:r w:rsidRPr="00925B34">
        <w:rPr>
          <w:rFonts w:ascii="Times New Roman" w:hAnsi="Times New Roman" w:cs="Times New Roman"/>
          <w:lang w:val="fr-FR"/>
        </w:rPr>
        <w:t xml:space="preserve"> </w:t>
      </w:r>
      <w:r w:rsidRPr="00925B34">
        <w:rPr>
          <w:rFonts w:ascii="Times New Roman" w:hAnsi="Times New Roman" w:cs="Times New Roman"/>
          <w:lang w:val="ro-RO"/>
        </w:rPr>
        <w:t>î</w:t>
      </w:r>
      <w:r w:rsidRPr="00925B34">
        <w:rPr>
          <w:rFonts w:ascii="Times New Roman" w:hAnsi="Times New Roman" w:cs="Times New Roman"/>
          <w:lang w:val="fr-FR"/>
        </w:rPr>
        <w:t xml:space="preserve">n </w:t>
      </w:r>
      <w:proofErr w:type="spellStart"/>
      <w:r w:rsidRPr="00925B34">
        <w:rPr>
          <w:rFonts w:ascii="Times New Roman" w:hAnsi="Times New Roman" w:cs="Times New Roman"/>
          <w:lang w:val="fr-FR"/>
        </w:rPr>
        <w:t>Legea</w:t>
      </w:r>
      <w:proofErr w:type="spellEnd"/>
      <w:r w:rsidRPr="00925B34">
        <w:rPr>
          <w:rFonts w:ascii="Times New Roman" w:hAnsi="Times New Roman" w:cs="Times New Roman"/>
          <w:lang w:val="fr-FR"/>
        </w:rPr>
        <w:t xml:space="preserve"> nr. 319/ 2006, </w:t>
      </w:r>
      <w:r w:rsidRPr="00925B34">
        <w:rPr>
          <w:rFonts w:ascii="Times New Roman" w:hAnsi="Times New Roman" w:cs="Times New Roman"/>
          <w:lang w:val="ro-RO"/>
        </w:rPr>
        <w:t xml:space="preserve">cu </w:t>
      </w:r>
      <w:proofErr w:type="spellStart"/>
      <w:r w:rsidRPr="00925B34">
        <w:rPr>
          <w:rFonts w:ascii="Times New Roman" w:hAnsi="Times New Roman" w:cs="Times New Roman"/>
          <w:lang w:val="ro-RO"/>
        </w:rPr>
        <w:t>modificarile</w:t>
      </w:r>
      <w:proofErr w:type="spellEnd"/>
      <w:r w:rsidRPr="00925B34">
        <w:rPr>
          <w:rFonts w:ascii="Times New Roman" w:hAnsi="Times New Roman" w:cs="Times New Roman"/>
          <w:lang w:val="ro-RO"/>
        </w:rPr>
        <w:t xml:space="preserve"> și </w:t>
      </w:r>
      <w:proofErr w:type="spellStart"/>
      <w:r w:rsidRPr="00925B34">
        <w:rPr>
          <w:rFonts w:ascii="Times New Roman" w:hAnsi="Times New Roman" w:cs="Times New Roman"/>
          <w:lang w:val="ro-RO"/>
        </w:rPr>
        <w:t>completarile</w:t>
      </w:r>
      <w:proofErr w:type="spellEnd"/>
      <w:r w:rsidRPr="00925B34">
        <w:rPr>
          <w:rFonts w:ascii="Times New Roman" w:hAnsi="Times New Roman" w:cs="Times New Roman"/>
          <w:lang w:val="ro-RO"/>
        </w:rPr>
        <w:t xml:space="preserve"> ulterioare, </w:t>
      </w:r>
      <w:proofErr w:type="spellStart"/>
      <w:r w:rsidRPr="00925B34">
        <w:rPr>
          <w:rFonts w:ascii="Times New Roman" w:hAnsi="Times New Roman" w:cs="Times New Roman"/>
          <w:lang w:val="fr-FR"/>
        </w:rPr>
        <w:t>normele</w:t>
      </w:r>
      <w:proofErr w:type="spellEnd"/>
      <w:r w:rsidRPr="00925B34">
        <w:rPr>
          <w:rFonts w:ascii="Times New Roman" w:hAnsi="Times New Roman" w:cs="Times New Roman"/>
          <w:lang w:val="fr-FR"/>
        </w:rPr>
        <w:t xml:space="preserve"> de </w:t>
      </w:r>
      <w:proofErr w:type="spellStart"/>
      <w:r w:rsidRPr="00925B34">
        <w:rPr>
          <w:rFonts w:ascii="Times New Roman" w:hAnsi="Times New Roman" w:cs="Times New Roman"/>
          <w:lang w:val="fr-FR"/>
        </w:rPr>
        <w:t>aplicare</w:t>
      </w:r>
      <w:proofErr w:type="spellEnd"/>
      <w:r w:rsidRPr="00925B34">
        <w:rPr>
          <w:rFonts w:ascii="Times New Roman" w:hAnsi="Times New Roman" w:cs="Times New Roman"/>
          <w:lang w:val="fr-FR"/>
        </w:rPr>
        <w:t xml:space="preserve"> a </w:t>
      </w:r>
      <w:proofErr w:type="spellStart"/>
      <w:r w:rsidRPr="00925B34">
        <w:rPr>
          <w:rFonts w:ascii="Times New Roman" w:hAnsi="Times New Roman" w:cs="Times New Roman"/>
          <w:lang w:val="fr-FR"/>
        </w:rPr>
        <w:t>acesteia</w:t>
      </w:r>
      <w:proofErr w:type="spellEnd"/>
      <w:r w:rsidRPr="00925B34">
        <w:rPr>
          <w:rFonts w:ascii="Times New Roman" w:hAnsi="Times New Roman" w:cs="Times New Roman"/>
          <w:lang w:val="fr-FR"/>
        </w:rPr>
        <w:t>;</w:t>
      </w:r>
    </w:p>
    <w:p w:rsidR="00925B34" w:rsidRPr="00925B34" w:rsidRDefault="00925B34" w:rsidP="00925B34">
      <w:pPr>
        <w:pStyle w:val="Listcumarcatori"/>
        <w:rPr>
          <w:rFonts w:ascii="Times New Roman" w:hAnsi="Times New Roman" w:cs="Times New Roman"/>
          <w:lang w:val="fr-FR"/>
        </w:rPr>
      </w:pPr>
      <w:r w:rsidRPr="00925B34">
        <w:rPr>
          <w:rFonts w:ascii="Times New Roman" w:hAnsi="Times New Roman" w:cs="Times New Roman"/>
          <w:lang w:val="ro-RO"/>
        </w:rPr>
        <w:t>-</w:t>
      </w:r>
      <w:r w:rsidRPr="00925B34">
        <w:rPr>
          <w:rFonts w:ascii="Times New Roman" w:hAnsi="Times New Roman" w:cs="Times New Roman"/>
          <w:lang w:val="fr-FR"/>
        </w:rPr>
        <w:t xml:space="preserve"> </w:t>
      </w:r>
      <w:r w:rsidRPr="00925B34">
        <w:rPr>
          <w:rFonts w:ascii="Times New Roman" w:hAnsi="Times New Roman" w:cs="Times New Roman"/>
          <w:lang w:val="ro-RO"/>
        </w:rPr>
        <w:t>î</w:t>
      </w:r>
      <w:r w:rsidRPr="00925B34">
        <w:rPr>
          <w:rFonts w:ascii="Times New Roman" w:hAnsi="Times New Roman" w:cs="Times New Roman"/>
          <w:lang w:val="fr-FR"/>
        </w:rPr>
        <w:t xml:space="preserve">si </w:t>
      </w:r>
      <w:r w:rsidRPr="00925B34">
        <w:rPr>
          <w:rFonts w:ascii="Times New Roman" w:hAnsi="Times New Roman" w:cs="Times New Roman"/>
          <w:lang w:val="ro-RO"/>
        </w:rPr>
        <w:t>î</w:t>
      </w:r>
      <w:proofErr w:type="spellStart"/>
      <w:r w:rsidRPr="00925B34">
        <w:rPr>
          <w:rFonts w:ascii="Times New Roman" w:hAnsi="Times New Roman" w:cs="Times New Roman"/>
          <w:lang w:val="fr-FR"/>
        </w:rPr>
        <w:t>nsu</w:t>
      </w:r>
      <w:proofErr w:type="spellEnd"/>
      <w:r w:rsidRPr="00925B34">
        <w:rPr>
          <w:rFonts w:ascii="Times New Roman" w:hAnsi="Times New Roman" w:cs="Times New Roman"/>
          <w:lang w:val="ro-RO"/>
        </w:rPr>
        <w:t>ș</w:t>
      </w:r>
      <w:r w:rsidRPr="00925B34">
        <w:rPr>
          <w:rFonts w:ascii="Times New Roman" w:hAnsi="Times New Roman" w:cs="Times New Roman"/>
          <w:lang w:val="fr-FR"/>
        </w:rPr>
        <w:t>e</w:t>
      </w:r>
      <w:r w:rsidRPr="00925B34">
        <w:rPr>
          <w:rFonts w:ascii="Times New Roman" w:hAnsi="Times New Roman" w:cs="Times New Roman"/>
          <w:lang w:val="ro-RO"/>
        </w:rPr>
        <w:t>ș</w:t>
      </w:r>
      <w:r w:rsidRPr="00925B34">
        <w:rPr>
          <w:rFonts w:ascii="Times New Roman" w:hAnsi="Times New Roman" w:cs="Times New Roman"/>
          <w:lang w:val="fr-FR"/>
        </w:rPr>
        <w:t xml:space="preserve">te si respecta </w:t>
      </w:r>
      <w:proofErr w:type="spellStart"/>
      <w:r w:rsidRPr="00925B34">
        <w:rPr>
          <w:rFonts w:ascii="Times New Roman" w:hAnsi="Times New Roman" w:cs="Times New Roman"/>
          <w:lang w:val="fr-FR"/>
        </w:rPr>
        <w:t>prevederile</w:t>
      </w:r>
      <w:proofErr w:type="spellEnd"/>
      <w:r w:rsidRPr="00925B34">
        <w:rPr>
          <w:rFonts w:ascii="Times New Roman" w:hAnsi="Times New Roman" w:cs="Times New Roman"/>
          <w:lang w:val="fr-FR"/>
        </w:rPr>
        <w:t xml:space="preserve"> </w:t>
      </w:r>
      <w:proofErr w:type="spellStart"/>
      <w:r w:rsidRPr="00925B34">
        <w:rPr>
          <w:rFonts w:ascii="Times New Roman" w:hAnsi="Times New Roman" w:cs="Times New Roman"/>
          <w:lang w:val="fr-FR"/>
        </w:rPr>
        <w:t>Legii</w:t>
      </w:r>
      <w:proofErr w:type="spellEnd"/>
      <w:r w:rsidRPr="00925B34">
        <w:rPr>
          <w:rFonts w:ascii="Times New Roman" w:hAnsi="Times New Roman" w:cs="Times New Roman"/>
          <w:lang w:val="fr-FR"/>
        </w:rPr>
        <w:t xml:space="preserve"> nr. 307/2006 </w:t>
      </w:r>
      <w:proofErr w:type="spellStart"/>
      <w:r w:rsidRPr="00925B34">
        <w:rPr>
          <w:rFonts w:ascii="Times New Roman" w:hAnsi="Times New Roman" w:cs="Times New Roman"/>
          <w:lang w:val="fr-FR"/>
        </w:rPr>
        <w:t>privind</w:t>
      </w:r>
      <w:proofErr w:type="spellEnd"/>
      <w:r w:rsidRPr="00925B34">
        <w:rPr>
          <w:rFonts w:ascii="Times New Roman" w:hAnsi="Times New Roman" w:cs="Times New Roman"/>
          <w:lang w:val="fr-FR"/>
        </w:rPr>
        <w:t xml:space="preserve"> </w:t>
      </w:r>
      <w:proofErr w:type="spellStart"/>
      <w:r w:rsidRPr="00925B34">
        <w:rPr>
          <w:rFonts w:ascii="Times New Roman" w:hAnsi="Times New Roman" w:cs="Times New Roman"/>
          <w:lang w:val="fr-FR"/>
        </w:rPr>
        <w:t>apararea</w:t>
      </w:r>
      <w:proofErr w:type="spellEnd"/>
      <w:r w:rsidRPr="00925B34">
        <w:rPr>
          <w:rFonts w:ascii="Times New Roman" w:hAnsi="Times New Roman" w:cs="Times New Roman"/>
          <w:lang w:val="fr-FR"/>
        </w:rPr>
        <w:t xml:space="preserve"> </w:t>
      </w:r>
      <w:proofErr w:type="spellStart"/>
      <w:r w:rsidRPr="00925B34">
        <w:rPr>
          <w:rFonts w:ascii="Times New Roman" w:hAnsi="Times New Roman" w:cs="Times New Roman"/>
          <w:lang w:val="fr-FR"/>
        </w:rPr>
        <w:t>impotriva</w:t>
      </w:r>
      <w:proofErr w:type="spellEnd"/>
      <w:r w:rsidRPr="00925B34">
        <w:rPr>
          <w:rFonts w:ascii="Times New Roman" w:hAnsi="Times New Roman" w:cs="Times New Roman"/>
          <w:lang w:val="fr-FR"/>
        </w:rPr>
        <w:t xml:space="preserve"> </w:t>
      </w:r>
      <w:proofErr w:type="spellStart"/>
      <w:r w:rsidRPr="00925B34">
        <w:rPr>
          <w:rFonts w:ascii="Times New Roman" w:hAnsi="Times New Roman" w:cs="Times New Roman"/>
          <w:lang w:val="fr-FR"/>
        </w:rPr>
        <w:t>incendiilor</w:t>
      </w:r>
      <w:proofErr w:type="spellEnd"/>
      <w:r w:rsidRPr="00925B34">
        <w:rPr>
          <w:rFonts w:ascii="Times New Roman" w:hAnsi="Times New Roman" w:cs="Times New Roman"/>
          <w:lang w:val="fr-FR"/>
        </w:rPr>
        <w:t> ;</w:t>
      </w:r>
    </w:p>
    <w:p w:rsidR="00925B34" w:rsidRPr="00925B34" w:rsidRDefault="00925B34" w:rsidP="00925B34">
      <w:pPr>
        <w:pStyle w:val="Listcumarcatori"/>
        <w:numPr>
          <w:ilvl w:val="0"/>
          <w:numId w:val="0"/>
        </w:numPr>
        <w:ind w:left="360" w:hanging="360"/>
        <w:rPr>
          <w:rFonts w:ascii="Times New Roman" w:hAnsi="Times New Roman" w:cs="Times New Roman"/>
          <w:lang w:val="fr-FR"/>
        </w:rPr>
      </w:pPr>
    </w:p>
    <w:p w:rsidR="00925B34" w:rsidRPr="00925B34" w:rsidRDefault="00925B34" w:rsidP="00925B34">
      <w:pPr>
        <w:pStyle w:val="Listcumarcatori"/>
        <w:rPr>
          <w:rFonts w:ascii="Times New Roman" w:hAnsi="Times New Roman" w:cs="Times New Roman"/>
          <w:color w:val="000000" w:themeColor="text1"/>
        </w:rPr>
      </w:pPr>
      <w:proofErr w:type="spellStart"/>
      <w:r w:rsidRPr="00925B34">
        <w:rPr>
          <w:rFonts w:ascii="Times New Roman" w:hAnsi="Times New Roman" w:cs="Times New Roman"/>
          <w:color w:val="000000" w:themeColor="text1"/>
        </w:rPr>
        <w:t>Respectă</w:t>
      </w:r>
      <w:proofErr w:type="spellEnd"/>
      <w:r w:rsidRPr="00925B34">
        <w:rPr>
          <w:rFonts w:ascii="Times New Roman" w:hAnsi="Times New Roman" w:cs="Times New Roman"/>
          <w:color w:val="000000" w:themeColor="text1"/>
        </w:rPr>
        <w:t xml:space="preserve"> cu </w:t>
      </w:r>
      <w:proofErr w:type="spellStart"/>
      <w:r w:rsidRPr="00925B34">
        <w:rPr>
          <w:rFonts w:ascii="Times New Roman" w:hAnsi="Times New Roman" w:cs="Times New Roman"/>
          <w:color w:val="000000" w:themeColor="text1"/>
        </w:rPr>
        <w:t>strictețe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normele</w:t>
      </w:r>
      <w:proofErr w:type="spellEnd"/>
      <w:r w:rsidRPr="00925B34">
        <w:rPr>
          <w:rFonts w:ascii="Times New Roman" w:hAnsi="Times New Roman" w:cs="Times New Roman"/>
          <w:color w:val="000000" w:themeColor="text1"/>
        </w:rPr>
        <w:t xml:space="preserve"> de </w:t>
      </w:r>
      <w:proofErr w:type="spellStart"/>
      <w:r w:rsidRPr="00925B34">
        <w:rPr>
          <w:rFonts w:ascii="Times New Roman" w:hAnsi="Times New Roman" w:cs="Times New Roman"/>
          <w:color w:val="000000" w:themeColor="text1"/>
        </w:rPr>
        <w:t>securitate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și</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sănătate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în</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muncă</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normele</w:t>
      </w:r>
      <w:proofErr w:type="spellEnd"/>
      <w:r w:rsidRPr="00925B34">
        <w:rPr>
          <w:rFonts w:ascii="Times New Roman" w:hAnsi="Times New Roman" w:cs="Times New Roman"/>
          <w:color w:val="000000" w:themeColor="text1"/>
        </w:rPr>
        <w:t xml:space="preserve"> PSI </w:t>
      </w:r>
      <w:proofErr w:type="spellStart"/>
      <w:r w:rsidRPr="00925B34">
        <w:rPr>
          <w:rFonts w:ascii="Times New Roman" w:hAnsi="Times New Roman" w:cs="Times New Roman"/>
          <w:color w:val="000000" w:themeColor="text1"/>
        </w:rPr>
        <w:t>și</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instrucțiunile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specifice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lucrului</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în</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mediu</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spitalicesc</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și</w:t>
      </w:r>
      <w:proofErr w:type="spellEnd"/>
      <w:r w:rsidRPr="00925B34">
        <w:rPr>
          <w:rFonts w:ascii="Times New Roman" w:hAnsi="Times New Roman" w:cs="Times New Roman"/>
          <w:color w:val="000000" w:themeColor="text1"/>
        </w:rPr>
        <w:t xml:space="preserve"> cu </w:t>
      </w:r>
      <w:proofErr w:type="spellStart"/>
      <w:r w:rsidRPr="00925B34">
        <w:rPr>
          <w:rFonts w:ascii="Times New Roman" w:hAnsi="Times New Roman" w:cs="Times New Roman"/>
          <w:color w:val="000000" w:themeColor="text1"/>
        </w:rPr>
        <w:t>instalații</w:t>
      </w:r>
      <w:proofErr w:type="spellEnd"/>
      <w:r w:rsidRPr="00925B34">
        <w:rPr>
          <w:rFonts w:ascii="Times New Roman" w:hAnsi="Times New Roman" w:cs="Times New Roman"/>
          <w:color w:val="000000" w:themeColor="text1"/>
        </w:rPr>
        <w:t xml:space="preserve"> sub </w:t>
      </w:r>
      <w:proofErr w:type="spellStart"/>
      <w:r w:rsidRPr="00925B34">
        <w:rPr>
          <w:rFonts w:ascii="Times New Roman" w:hAnsi="Times New Roman" w:cs="Times New Roman"/>
          <w:color w:val="000000" w:themeColor="text1"/>
        </w:rPr>
        <w:t>tensiune</w:t>
      </w:r>
      <w:proofErr w:type="spellEnd"/>
      <w:r w:rsidRPr="00925B34">
        <w:rPr>
          <w:rFonts w:ascii="Times New Roman" w:hAnsi="Times New Roman" w:cs="Times New Roman"/>
          <w:color w:val="000000" w:themeColor="text1"/>
        </w:rPr>
        <w:t>/</w:t>
      </w:r>
      <w:proofErr w:type="spellStart"/>
      <w:r w:rsidRPr="00925B34">
        <w:rPr>
          <w:rFonts w:ascii="Times New Roman" w:hAnsi="Times New Roman" w:cs="Times New Roman"/>
          <w:color w:val="000000" w:themeColor="text1"/>
        </w:rPr>
        <w:t>presiune</w:t>
      </w:r>
      <w:proofErr w:type="spellEnd"/>
      <w:r w:rsidRPr="00925B34">
        <w:rPr>
          <w:rFonts w:ascii="Times New Roman" w:hAnsi="Times New Roman" w:cs="Times New Roman"/>
          <w:color w:val="000000" w:themeColor="text1"/>
        </w:rPr>
        <w:t>.</w:t>
      </w:r>
    </w:p>
    <w:p w:rsidR="00925B34" w:rsidRPr="00925B34" w:rsidRDefault="00925B34" w:rsidP="00925B34">
      <w:pPr>
        <w:pStyle w:val="Listcumarcatori"/>
        <w:rPr>
          <w:rFonts w:ascii="Times New Roman" w:hAnsi="Times New Roman" w:cs="Times New Roman"/>
          <w:color w:val="000000" w:themeColor="text1"/>
        </w:rPr>
      </w:pPr>
      <w:proofErr w:type="spellStart"/>
      <w:r w:rsidRPr="00925B34">
        <w:rPr>
          <w:rFonts w:ascii="Times New Roman" w:hAnsi="Times New Roman" w:cs="Times New Roman"/>
          <w:color w:val="000000" w:themeColor="text1"/>
        </w:rPr>
        <w:t>Poartă</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în</w:t>
      </w:r>
      <w:proofErr w:type="spellEnd"/>
      <w:r w:rsidRPr="00925B34">
        <w:rPr>
          <w:rFonts w:ascii="Times New Roman" w:hAnsi="Times New Roman" w:cs="Times New Roman"/>
          <w:color w:val="000000" w:themeColor="text1"/>
        </w:rPr>
        <w:t xml:space="preserve"> mod </w:t>
      </w:r>
      <w:proofErr w:type="spellStart"/>
      <w:r w:rsidRPr="00925B34">
        <w:rPr>
          <w:rFonts w:ascii="Times New Roman" w:hAnsi="Times New Roman" w:cs="Times New Roman"/>
          <w:color w:val="000000" w:themeColor="text1"/>
        </w:rPr>
        <w:t>obligatoriu</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echipamentul</w:t>
      </w:r>
      <w:proofErr w:type="spellEnd"/>
      <w:r w:rsidRPr="00925B34">
        <w:rPr>
          <w:rFonts w:ascii="Times New Roman" w:hAnsi="Times New Roman" w:cs="Times New Roman"/>
          <w:color w:val="000000" w:themeColor="text1"/>
        </w:rPr>
        <w:t xml:space="preserve"> individual de </w:t>
      </w:r>
      <w:proofErr w:type="spellStart"/>
      <w:r w:rsidRPr="00925B34">
        <w:rPr>
          <w:rFonts w:ascii="Times New Roman" w:hAnsi="Times New Roman" w:cs="Times New Roman"/>
          <w:color w:val="000000" w:themeColor="text1"/>
        </w:rPr>
        <w:t>protecție</w:t>
      </w:r>
      <w:proofErr w:type="spellEnd"/>
      <w:r w:rsidRPr="00925B34">
        <w:rPr>
          <w:rFonts w:ascii="Times New Roman" w:hAnsi="Times New Roman" w:cs="Times New Roman"/>
          <w:color w:val="000000" w:themeColor="text1"/>
        </w:rPr>
        <w:t xml:space="preserve"> (EIP) din </w:t>
      </w:r>
      <w:proofErr w:type="spellStart"/>
      <w:r w:rsidRPr="00925B34">
        <w:rPr>
          <w:rFonts w:ascii="Times New Roman" w:hAnsi="Times New Roman" w:cs="Times New Roman"/>
          <w:color w:val="000000" w:themeColor="text1"/>
        </w:rPr>
        <w:t>dotare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încălțăminte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electroizolantă</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mănuși</w:t>
      </w:r>
      <w:proofErr w:type="spellEnd"/>
      <w:r w:rsidRPr="00925B34">
        <w:rPr>
          <w:rFonts w:ascii="Times New Roman" w:hAnsi="Times New Roman" w:cs="Times New Roman"/>
          <w:color w:val="000000" w:themeColor="text1"/>
        </w:rPr>
        <w:t xml:space="preserve"> de </w:t>
      </w:r>
      <w:proofErr w:type="spellStart"/>
      <w:r w:rsidRPr="00925B34">
        <w:rPr>
          <w:rFonts w:ascii="Times New Roman" w:hAnsi="Times New Roman" w:cs="Times New Roman"/>
          <w:color w:val="000000" w:themeColor="text1"/>
        </w:rPr>
        <w:t>protecție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salopetă</w:t>
      </w:r>
      <w:proofErr w:type="spellEnd"/>
      <w:r w:rsidRPr="00925B34">
        <w:rPr>
          <w:rFonts w:ascii="Times New Roman" w:hAnsi="Times New Roman" w:cs="Times New Roman"/>
          <w:color w:val="000000" w:themeColor="text1"/>
        </w:rPr>
        <w:t xml:space="preserve"> etc.) </w:t>
      </w:r>
      <w:proofErr w:type="spellStart"/>
      <w:r w:rsidRPr="00925B34">
        <w:rPr>
          <w:rFonts w:ascii="Times New Roman" w:hAnsi="Times New Roman" w:cs="Times New Roman"/>
          <w:color w:val="000000" w:themeColor="text1"/>
        </w:rPr>
        <w:t>în</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timpul</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executării</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tuturor</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lucrărilor</w:t>
      </w:r>
      <w:proofErr w:type="spellEnd"/>
      <w:r w:rsidRPr="00925B34">
        <w:rPr>
          <w:rFonts w:ascii="Times New Roman" w:hAnsi="Times New Roman" w:cs="Times New Roman"/>
          <w:color w:val="000000" w:themeColor="text1"/>
        </w:rPr>
        <w:t>.</w:t>
      </w:r>
    </w:p>
    <w:p w:rsidR="00925B34" w:rsidRPr="00925B34" w:rsidRDefault="00925B34" w:rsidP="00925B34">
      <w:pPr>
        <w:pStyle w:val="Listcumarcatori"/>
        <w:numPr>
          <w:ilvl w:val="0"/>
          <w:numId w:val="0"/>
        </w:numPr>
        <w:ind w:left="360" w:hanging="360"/>
        <w:rPr>
          <w:rFonts w:ascii="Times New Roman" w:hAnsi="Times New Roman" w:cs="Times New Roman"/>
          <w:lang w:val="fr-FR"/>
        </w:rPr>
      </w:pPr>
      <w:r w:rsidRPr="00925B34">
        <w:rPr>
          <w:rFonts w:ascii="Times New Roman" w:hAnsi="Times New Roman" w:cs="Times New Roman"/>
          <w:color w:val="000000" w:themeColor="text1"/>
        </w:rPr>
        <w:t xml:space="preserve">Are </w:t>
      </w:r>
      <w:proofErr w:type="spellStart"/>
      <w:r w:rsidRPr="00925B34">
        <w:rPr>
          <w:rFonts w:ascii="Times New Roman" w:hAnsi="Times New Roman" w:cs="Times New Roman"/>
          <w:color w:val="000000" w:themeColor="text1"/>
        </w:rPr>
        <w:t>dreptul</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și</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obligația</w:t>
      </w:r>
      <w:proofErr w:type="spellEnd"/>
      <w:r w:rsidRPr="00925B34">
        <w:rPr>
          <w:rFonts w:ascii="Times New Roman" w:hAnsi="Times New Roman" w:cs="Times New Roman"/>
          <w:color w:val="000000" w:themeColor="text1"/>
        </w:rPr>
        <w:t xml:space="preserve"> de a </w:t>
      </w:r>
      <w:proofErr w:type="spellStart"/>
      <w:r w:rsidRPr="00925B34">
        <w:rPr>
          <w:rFonts w:ascii="Times New Roman" w:hAnsi="Times New Roman" w:cs="Times New Roman"/>
          <w:color w:val="000000" w:themeColor="text1"/>
        </w:rPr>
        <w:t>refuza</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executarea</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oricărei</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dispoziții</w:t>
      </w:r>
      <w:proofErr w:type="spellEnd"/>
      <w:r w:rsidRPr="00925B34">
        <w:rPr>
          <w:rFonts w:ascii="Times New Roman" w:hAnsi="Times New Roman" w:cs="Times New Roman"/>
          <w:color w:val="000000" w:themeColor="text1"/>
        </w:rPr>
        <w:t xml:space="preserve"> care </w:t>
      </w:r>
      <w:proofErr w:type="spellStart"/>
      <w:r w:rsidRPr="00925B34">
        <w:rPr>
          <w:rFonts w:ascii="Times New Roman" w:hAnsi="Times New Roman" w:cs="Times New Roman"/>
          <w:color w:val="000000" w:themeColor="text1"/>
        </w:rPr>
        <w:t>încalcă</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normele</w:t>
      </w:r>
      <w:proofErr w:type="spellEnd"/>
      <w:r w:rsidRPr="00925B34">
        <w:rPr>
          <w:rFonts w:ascii="Times New Roman" w:hAnsi="Times New Roman" w:cs="Times New Roman"/>
          <w:color w:val="000000" w:themeColor="text1"/>
        </w:rPr>
        <w:t xml:space="preserve"> de </w:t>
      </w:r>
      <w:proofErr w:type="spellStart"/>
      <w:r w:rsidRPr="00925B34">
        <w:rPr>
          <w:rFonts w:ascii="Times New Roman" w:hAnsi="Times New Roman" w:cs="Times New Roman"/>
          <w:color w:val="000000" w:themeColor="text1"/>
        </w:rPr>
        <w:t>securitate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sau</w:t>
      </w:r>
      <w:proofErr w:type="spellEnd"/>
      <w:r w:rsidRPr="00925B34">
        <w:rPr>
          <w:rFonts w:ascii="Times New Roman" w:hAnsi="Times New Roman" w:cs="Times New Roman"/>
          <w:color w:val="000000" w:themeColor="text1"/>
        </w:rPr>
        <w:t xml:space="preserve"> care </w:t>
      </w:r>
      <w:proofErr w:type="spellStart"/>
      <w:r w:rsidRPr="00925B34">
        <w:rPr>
          <w:rFonts w:ascii="Times New Roman" w:hAnsi="Times New Roman" w:cs="Times New Roman"/>
          <w:color w:val="000000" w:themeColor="text1"/>
        </w:rPr>
        <w:t>îi</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depășește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competența</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legală</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și</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profesională</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dacă</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aceasta</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îi</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pune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în</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pericol</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viața</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sau</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integritatea</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corporală</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proprie</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ori</w:t>
      </w:r>
      <w:proofErr w:type="spellEnd"/>
      <w:r w:rsidRPr="00925B34">
        <w:rPr>
          <w:rFonts w:ascii="Times New Roman" w:hAnsi="Times New Roman" w:cs="Times New Roman"/>
          <w:color w:val="000000" w:themeColor="text1"/>
        </w:rPr>
        <w:t xml:space="preserve"> a </w:t>
      </w:r>
      <w:proofErr w:type="spellStart"/>
      <w:r w:rsidRPr="00925B34">
        <w:rPr>
          <w:rFonts w:ascii="Times New Roman" w:hAnsi="Times New Roman" w:cs="Times New Roman"/>
          <w:color w:val="000000" w:themeColor="text1"/>
        </w:rPr>
        <w:t>altor</w:t>
      </w:r>
      <w:proofErr w:type="spellEnd"/>
      <w:r w:rsidRPr="00925B34">
        <w:rPr>
          <w:rFonts w:ascii="Times New Roman" w:hAnsi="Times New Roman" w:cs="Times New Roman"/>
          <w:color w:val="000000" w:themeColor="text1"/>
        </w:rPr>
        <w:t xml:space="preserve"> </w:t>
      </w:r>
      <w:proofErr w:type="spellStart"/>
      <w:r w:rsidRPr="00925B34">
        <w:rPr>
          <w:rFonts w:ascii="Times New Roman" w:hAnsi="Times New Roman" w:cs="Times New Roman"/>
          <w:color w:val="000000" w:themeColor="text1"/>
        </w:rPr>
        <w:t>persoane</w:t>
      </w:r>
      <w:proofErr w:type="spellEnd"/>
      <w:r w:rsidRPr="00925B34">
        <w:rPr>
          <w:rFonts w:ascii="Times New Roman" w:hAnsi="Times New Roman" w:cs="Times New Roman"/>
          <w:color w:val="000000" w:themeColor="text1"/>
        </w:rPr>
        <w:t>.</w:t>
      </w:r>
    </w:p>
    <w:p w:rsidR="00925B34" w:rsidRPr="00925B34" w:rsidRDefault="00925B34" w:rsidP="00925B34">
      <w:pPr>
        <w:pStyle w:val="Listcumarcatori"/>
        <w:numPr>
          <w:ilvl w:val="0"/>
          <w:numId w:val="0"/>
        </w:numPr>
        <w:ind w:left="360" w:hanging="360"/>
        <w:rPr>
          <w:rFonts w:ascii="Times New Roman" w:hAnsi="Times New Roman" w:cs="Times New Roman"/>
          <w:lang w:val="fr-FR"/>
        </w:rPr>
      </w:pPr>
    </w:p>
    <w:p w:rsidR="00925B34" w:rsidRPr="00925B34" w:rsidRDefault="00925B34" w:rsidP="00925B34">
      <w:pPr>
        <w:pStyle w:val="Listcumarcatori"/>
        <w:numPr>
          <w:ilvl w:val="0"/>
          <w:numId w:val="0"/>
        </w:numPr>
        <w:ind w:left="360"/>
        <w:rPr>
          <w:rFonts w:ascii="Times New Roman" w:hAnsi="Times New Roman" w:cs="Times New Roman"/>
          <w:lang w:val="fr-FR"/>
        </w:rPr>
      </w:pPr>
    </w:p>
    <w:p w:rsidR="00925B34" w:rsidRPr="00925B34" w:rsidRDefault="009331B0" w:rsidP="00925B34">
      <w:pPr>
        <w:pStyle w:val="Listcumarcatori"/>
        <w:numPr>
          <w:ilvl w:val="0"/>
          <w:numId w:val="0"/>
        </w:numPr>
        <w:ind w:left="360"/>
        <w:rPr>
          <w:rFonts w:ascii="Times New Roman" w:hAnsi="Times New Roman" w:cs="Times New Roman"/>
          <w:b/>
          <w:bCs/>
          <w:lang w:val="ro-RO"/>
        </w:rPr>
      </w:pPr>
      <w:r>
        <w:rPr>
          <w:rFonts w:ascii="Times New Roman" w:hAnsi="Times New Roman" w:cs="Times New Roman"/>
          <w:b/>
          <w:bCs/>
          <w:lang w:val="ro-RO"/>
        </w:rPr>
        <w:t xml:space="preserve">VII. </w:t>
      </w:r>
      <w:bookmarkStart w:id="0" w:name="_GoBack"/>
      <w:bookmarkEnd w:id="0"/>
      <w:r w:rsidR="00925B34" w:rsidRPr="00925B34">
        <w:rPr>
          <w:rFonts w:ascii="Times New Roman" w:hAnsi="Times New Roman" w:cs="Times New Roman"/>
          <w:b/>
          <w:bCs/>
          <w:lang w:val="ro-RO"/>
        </w:rPr>
        <w:t xml:space="preserve"> ATRIBUȚII PRIVIND PROTECȚIA DATELOR CU CARACTER PERSONAL:</w:t>
      </w:r>
    </w:p>
    <w:p w:rsidR="00925B34" w:rsidRPr="00925B34" w:rsidRDefault="00925B34" w:rsidP="00925B34">
      <w:pPr>
        <w:pStyle w:val="Listcumarcatori"/>
        <w:numPr>
          <w:ilvl w:val="0"/>
          <w:numId w:val="0"/>
        </w:numPr>
        <w:rPr>
          <w:rFonts w:ascii="Times New Roman" w:hAnsi="Times New Roman" w:cs="Times New Roman"/>
        </w:rPr>
      </w:pPr>
    </w:p>
    <w:p w:rsidR="00925B34" w:rsidRPr="00925B34" w:rsidRDefault="00925B34" w:rsidP="00925B34">
      <w:pPr>
        <w:pStyle w:val="Listcumarcatori"/>
        <w:rPr>
          <w:rFonts w:ascii="Times New Roman" w:hAnsi="Times New Roman" w:cs="Times New Roman"/>
        </w:rPr>
      </w:pPr>
      <w:r w:rsidRPr="00925B34">
        <w:rPr>
          <w:rFonts w:ascii="Times New Roman" w:hAnsi="Times New Roman" w:cs="Times New Roman"/>
          <w:lang w:val="ro-RO"/>
        </w:rPr>
        <w:t xml:space="preserve"> - </w:t>
      </w:r>
      <w:proofErr w:type="spellStart"/>
      <w:r w:rsidRPr="00925B34">
        <w:rPr>
          <w:rFonts w:ascii="Times New Roman" w:eastAsia="serif" w:hAnsi="Times New Roman" w:cs="Times New Roman"/>
          <w:shd w:val="clear" w:color="auto" w:fill="FFFFFF"/>
        </w:rPr>
        <w:t>să</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păstreze</w:t>
      </w:r>
      <w:proofErr w:type="spellEnd"/>
      <w:r w:rsidRPr="00925B34">
        <w:rPr>
          <w:rFonts w:ascii="Times New Roman" w:eastAsia="serif" w:hAnsi="Times New Roman" w:cs="Times New Roman"/>
          <w:shd w:val="clear" w:color="auto" w:fill="FFFFFF"/>
        </w:rPr>
        <w:t xml:space="preserve"> in </w:t>
      </w:r>
      <w:proofErr w:type="spellStart"/>
      <w:r w:rsidRPr="00925B34">
        <w:rPr>
          <w:rFonts w:ascii="Times New Roman" w:eastAsia="serif" w:hAnsi="Times New Roman" w:cs="Times New Roman"/>
          <w:shd w:val="clear" w:color="auto" w:fill="FFFFFF"/>
        </w:rPr>
        <w:t>conditii</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stricte</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parolele</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si</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mijloacele</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tehnice</w:t>
      </w:r>
      <w:proofErr w:type="spellEnd"/>
      <w:r w:rsidRPr="00925B34">
        <w:rPr>
          <w:rFonts w:ascii="Times New Roman" w:eastAsia="serif" w:hAnsi="Times New Roman" w:cs="Times New Roman"/>
          <w:shd w:val="clear" w:color="auto" w:fill="FFFFFF"/>
        </w:rPr>
        <w:t xml:space="preserve"> de </w:t>
      </w:r>
      <w:proofErr w:type="spellStart"/>
      <w:r w:rsidRPr="00925B34">
        <w:rPr>
          <w:rFonts w:ascii="Times New Roman" w:eastAsia="serif" w:hAnsi="Times New Roman" w:cs="Times New Roman"/>
          <w:shd w:val="clear" w:color="auto" w:fill="FFFFFF"/>
        </w:rPr>
        <w:t>acces</w:t>
      </w:r>
      <w:proofErr w:type="spellEnd"/>
      <w:r w:rsidRPr="00925B34">
        <w:rPr>
          <w:rFonts w:ascii="Times New Roman" w:eastAsia="serif" w:hAnsi="Times New Roman" w:cs="Times New Roman"/>
          <w:shd w:val="clear" w:color="auto" w:fill="FFFFFF"/>
        </w:rPr>
        <w:t xml:space="preserve"> la </w:t>
      </w:r>
      <w:proofErr w:type="spellStart"/>
      <w:r w:rsidRPr="00925B34">
        <w:rPr>
          <w:rFonts w:ascii="Times New Roman" w:eastAsia="serif" w:hAnsi="Times New Roman" w:cs="Times New Roman"/>
          <w:shd w:val="clear" w:color="auto" w:fill="FFFFFF"/>
        </w:rPr>
        <w:t>datele</w:t>
      </w:r>
      <w:proofErr w:type="spellEnd"/>
      <w:r w:rsidRPr="00925B34">
        <w:rPr>
          <w:rFonts w:ascii="Times New Roman" w:eastAsia="serif" w:hAnsi="Times New Roman" w:cs="Times New Roman"/>
          <w:shd w:val="clear" w:color="auto" w:fill="FFFFFF"/>
        </w:rPr>
        <w:t xml:space="preserve"> cu </w:t>
      </w:r>
      <w:proofErr w:type="spellStart"/>
      <w:r w:rsidRPr="00925B34">
        <w:rPr>
          <w:rFonts w:ascii="Times New Roman" w:eastAsia="serif" w:hAnsi="Times New Roman" w:cs="Times New Roman"/>
          <w:shd w:val="clear" w:color="auto" w:fill="FFFFFF"/>
        </w:rPr>
        <w:t>caracter</w:t>
      </w:r>
      <w:proofErr w:type="spellEnd"/>
      <w:r w:rsidRPr="00925B34">
        <w:rPr>
          <w:rFonts w:ascii="Times New Roman" w:eastAsia="serif" w:hAnsi="Times New Roman" w:cs="Times New Roman"/>
          <w:shd w:val="clear" w:color="auto" w:fill="FFFFFF"/>
        </w:rPr>
        <w:t xml:space="preserve"> personal pe care le </w:t>
      </w:r>
      <w:proofErr w:type="spellStart"/>
      <w:r w:rsidRPr="00925B34">
        <w:rPr>
          <w:rFonts w:ascii="Times New Roman" w:eastAsia="serif" w:hAnsi="Times New Roman" w:cs="Times New Roman"/>
          <w:shd w:val="clear" w:color="auto" w:fill="FFFFFF"/>
        </w:rPr>
        <w:t>prelucrează</w:t>
      </w:r>
      <w:proofErr w:type="spellEnd"/>
      <w:r w:rsidRPr="00925B34">
        <w:rPr>
          <w:rFonts w:ascii="Times New Roman" w:eastAsia="serif" w:hAnsi="Times New Roman" w:cs="Times New Roman"/>
          <w:shd w:val="clear" w:color="auto" w:fill="FFFFFF"/>
        </w:rPr>
        <w:t xml:space="preserve"> in </w:t>
      </w:r>
      <w:proofErr w:type="spellStart"/>
      <w:r w:rsidRPr="00925B34">
        <w:rPr>
          <w:rFonts w:ascii="Times New Roman" w:eastAsia="serif" w:hAnsi="Times New Roman" w:cs="Times New Roman"/>
          <w:shd w:val="clear" w:color="auto" w:fill="FFFFFF"/>
        </w:rPr>
        <w:t>virtutea</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atribuțiilor</w:t>
      </w:r>
      <w:proofErr w:type="spellEnd"/>
      <w:r w:rsidRPr="00925B34">
        <w:rPr>
          <w:rFonts w:ascii="Times New Roman" w:eastAsia="serif" w:hAnsi="Times New Roman" w:cs="Times New Roman"/>
          <w:shd w:val="clear" w:color="auto" w:fill="FFFFFF"/>
        </w:rPr>
        <w:t xml:space="preserve"> sale de </w:t>
      </w:r>
      <w:proofErr w:type="spellStart"/>
      <w:r w:rsidRPr="00925B34">
        <w:rPr>
          <w:rFonts w:ascii="Times New Roman" w:eastAsia="serif" w:hAnsi="Times New Roman" w:cs="Times New Roman"/>
          <w:shd w:val="clear" w:color="auto" w:fill="FFFFFF"/>
        </w:rPr>
        <w:t>serviciu</w:t>
      </w:r>
      <w:proofErr w:type="spellEnd"/>
      <w:r w:rsidRPr="00925B34">
        <w:rPr>
          <w:rFonts w:ascii="Times New Roman" w:eastAsia="serif" w:hAnsi="Times New Roman" w:cs="Times New Roman"/>
          <w:shd w:val="clear" w:color="auto" w:fill="FFFFFF"/>
        </w:rPr>
        <w:t>;</w:t>
      </w:r>
    </w:p>
    <w:p w:rsidR="00925B34" w:rsidRPr="00925B34" w:rsidRDefault="00925B34" w:rsidP="00925B34">
      <w:pPr>
        <w:pStyle w:val="Listcumarcatori"/>
        <w:rPr>
          <w:rFonts w:ascii="Times New Roman" w:hAnsi="Times New Roman" w:cs="Times New Roman"/>
        </w:rPr>
      </w:pPr>
      <w:r w:rsidRPr="00925B34">
        <w:rPr>
          <w:rFonts w:ascii="Times New Roman" w:eastAsia="serif" w:hAnsi="Times New Roman" w:cs="Times New Roman"/>
          <w:shd w:val="clear" w:color="auto" w:fill="FFFFFF"/>
          <w:lang w:val="ro-RO"/>
        </w:rPr>
        <w:lastRenderedPageBreak/>
        <w:t xml:space="preserve">- </w:t>
      </w:r>
      <w:proofErr w:type="spellStart"/>
      <w:r w:rsidRPr="00925B34">
        <w:rPr>
          <w:rFonts w:ascii="Times New Roman" w:eastAsia="serif" w:hAnsi="Times New Roman" w:cs="Times New Roman"/>
          <w:shd w:val="clear" w:color="auto" w:fill="FFFFFF"/>
        </w:rPr>
        <w:t>să</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manipuleze</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datele</w:t>
      </w:r>
      <w:proofErr w:type="spellEnd"/>
      <w:r w:rsidRPr="00925B34">
        <w:rPr>
          <w:rFonts w:ascii="Times New Roman" w:eastAsia="serif" w:hAnsi="Times New Roman" w:cs="Times New Roman"/>
          <w:shd w:val="clear" w:color="auto" w:fill="FFFFFF"/>
        </w:rPr>
        <w:t xml:space="preserve"> cu </w:t>
      </w:r>
      <w:proofErr w:type="spellStart"/>
      <w:r w:rsidRPr="00925B34">
        <w:rPr>
          <w:rFonts w:ascii="Times New Roman" w:eastAsia="serif" w:hAnsi="Times New Roman" w:cs="Times New Roman"/>
          <w:shd w:val="clear" w:color="auto" w:fill="FFFFFF"/>
        </w:rPr>
        <w:t>caracter</w:t>
      </w:r>
      <w:proofErr w:type="spellEnd"/>
      <w:r w:rsidRPr="00925B34">
        <w:rPr>
          <w:rFonts w:ascii="Times New Roman" w:eastAsia="serif" w:hAnsi="Times New Roman" w:cs="Times New Roman"/>
          <w:shd w:val="clear" w:color="auto" w:fill="FFFFFF"/>
        </w:rPr>
        <w:t xml:space="preserve"> personal </w:t>
      </w:r>
      <w:proofErr w:type="spellStart"/>
      <w:r w:rsidRPr="00925B34">
        <w:rPr>
          <w:rFonts w:ascii="Times New Roman" w:eastAsia="serif" w:hAnsi="Times New Roman" w:cs="Times New Roman"/>
          <w:shd w:val="clear" w:color="auto" w:fill="FFFFFF"/>
        </w:rPr>
        <w:t>stocate</w:t>
      </w:r>
      <w:proofErr w:type="spellEnd"/>
      <w:r w:rsidRPr="00925B34">
        <w:rPr>
          <w:rFonts w:ascii="Times New Roman" w:eastAsia="serif" w:hAnsi="Times New Roman" w:cs="Times New Roman"/>
          <w:shd w:val="clear" w:color="auto" w:fill="FFFFFF"/>
        </w:rPr>
        <w:t xml:space="preserve"> pe </w:t>
      </w:r>
      <w:proofErr w:type="spellStart"/>
      <w:r w:rsidRPr="00925B34">
        <w:rPr>
          <w:rFonts w:ascii="Times New Roman" w:eastAsia="serif" w:hAnsi="Times New Roman" w:cs="Times New Roman"/>
          <w:shd w:val="clear" w:color="auto" w:fill="FFFFFF"/>
        </w:rPr>
        <w:t>suport</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fizic</w:t>
      </w:r>
      <w:proofErr w:type="spellEnd"/>
      <w:r w:rsidRPr="00925B34">
        <w:rPr>
          <w:rFonts w:ascii="Times New Roman" w:eastAsia="serif" w:hAnsi="Times New Roman" w:cs="Times New Roman"/>
          <w:shd w:val="clear" w:color="auto" w:fill="FFFFFF"/>
        </w:rPr>
        <w:t xml:space="preserve"> la care are </w:t>
      </w:r>
      <w:proofErr w:type="spellStart"/>
      <w:r w:rsidRPr="00925B34">
        <w:rPr>
          <w:rFonts w:ascii="Times New Roman" w:eastAsia="serif" w:hAnsi="Times New Roman" w:cs="Times New Roman"/>
          <w:shd w:val="clear" w:color="auto" w:fill="FFFFFF"/>
        </w:rPr>
        <w:t>acces</w:t>
      </w:r>
      <w:proofErr w:type="spellEnd"/>
      <w:r w:rsidRPr="00925B34">
        <w:rPr>
          <w:rFonts w:ascii="Times New Roman" w:eastAsia="serif" w:hAnsi="Times New Roman" w:cs="Times New Roman"/>
          <w:shd w:val="clear" w:color="auto" w:fill="FFFFFF"/>
        </w:rPr>
        <w:t xml:space="preserve"> cu </w:t>
      </w:r>
      <w:proofErr w:type="spellStart"/>
      <w:r w:rsidRPr="00925B34">
        <w:rPr>
          <w:rFonts w:ascii="Times New Roman" w:eastAsia="serif" w:hAnsi="Times New Roman" w:cs="Times New Roman"/>
          <w:shd w:val="clear" w:color="auto" w:fill="FFFFFF"/>
        </w:rPr>
        <w:t>cea</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mai</w:t>
      </w:r>
      <w:proofErr w:type="spellEnd"/>
      <w:r w:rsidRPr="00925B34">
        <w:rPr>
          <w:rFonts w:ascii="Times New Roman" w:eastAsia="serif" w:hAnsi="Times New Roman" w:cs="Times New Roman"/>
          <w:shd w:val="clear" w:color="auto" w:fill="FFFFFF"/>
        </w:rPr>
        <w:t xml:space="preserve"> mare </w:t>
      </w:r>
      <w:proofErr w:type="spellStart"/>
      <w:r w:rsidRPr="00925B34">
        <w:rPr>
          <w:rFonts w:ascii="Times New Roman" w:eastAsia="serif" w:hAnsi="Times New Roman" w:cs="Times New Roman"/>
          <w:shd w:val="clear" w:color="auto" w:fill="FFFFFF"/>
        </w:rPr>
        <w:t>precauție</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atât</w:t>
      </w:r>
      <w:proofErr w:type="spellEnd"/>
      <w:r w:rsidRPr="00925B34">
        <w:rPr>
          <w:rFonts w:ascii="Times New Roman" w:eastAsia="serif" w:hAnsi="Times New Roman" w:cs="Times New Roman"/>
          <w:shd w:val="clear" w:color="auto" w:fill="FFFFFF"/>
        </w:rPr>
        <w:t xml:space="preserve"> in </w:t>
      </w:r>
      <w:proofErr w:type="spellStart"/>
      <w:r w:rsidRPr="00925B34">
        <w:rPr>
          <w:rFonts w:ascii="Times New Roman" w:eastAsia="serif" w:hAnsi="Times New Roman" w:cs="Times New Roman"/>
          <w:shd w:val="clear" w:color="auto" w:fill="FFFFFF"/>
        </w:rPr>
        <w:t>ce</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priveste</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conservarea</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suporturilor</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cât</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si</w:t>
      </w:r>
      <w:proofErr w:type="spellEnd"/>
      <w:r w:rsidRPr="00925B34">
        <w:rPr>
          <w:rFonts w:ascii="Times New Roman" w:eastAsia="serif" w:hAnsi="Times New Roman" w:cs="Times New Roman"/>
          <w:shd w:val="clear" w:color="auto" w:fill="FFFFFF"/>
        </w:rPr>
        <w:t xml:space="preserve"> in </w:t>
      </w:r>
      <w:proofErr w:type="spellStart"/>
      <w:r w:rsidRPr="00925B34">
        <w:rPr>
          <w:rFonts w:ascii="Times New Roman" w:eastAsia="serif" w:hAnsi="Times New Roman" w:cs="Times New Roman"/>
          <w:shd w:val="clear" w:color="auto" w:fill="FFFFFF"/>
        </w:rPr>
        <w:t>ce</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priveste</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depunerea</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lor</w:t>
      </w:r>
      <w:proofErr w:type="spellEnd"/>
      <w:r w:rsidRPr="00925B34">
        <w:rPr>
          <w:rFonts w:ascii="Times New Roman" w:eastAsia="serif" w:hAnsi="Times New Roman" w:cs="Times New Roman"/>
          <w:shd w:val="clear" w:color="auto" w:fill="FFFFFF"/>
        </w:rPr>
        <w:t xml:space="preserve"> in </w:t>
      </w:r>
      <w:proofErr w:type="spellStart"/>
      <w:r w:rsidRPr="00925B34">
        <w:rPr>
          <w:rFonts w:ascii="Times New Roman" w:eastAsia="serif" w:hAnsi="Times New Roman" w:cs="Times New Roman"/>
          <w:shd w:val="clear" w:color="auto" w:fill="FFFFFF"/>
        </w:rPr>
        <w:t>locurile</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si</w:t>
      </w:r>
      <w:proofErr w:type="spellEnd"/>
      <w:r w:rsidRPr="00925B34">
        <w:rPr>
          <w:rFonts w:ascii="Times New Roman" w:eastAsia="serif" w:hAnsi="Times New Roman" w:cs="Times New Roman"/>
          <w:shd w:val="clear" w:color="auto" w:fill="FFFFFF"/>
        </w:rPr>
        <w:t xml:space="preserve"> in </w:t>
      </w:r>
      <w:proofErr w:type="spellStart"/>
      <w:r w:rsidRPr="00925B34">
        <w:rPr>
          <w:rFonts w:ascii="Times New Roman" w:eastAsia="serif" w:hAnsi="Times New Roman" w:cs="Times New Roman"/>
          <w:shd w:val="clear" w:color="auto" w:fill="FFFFFF"/>
        </w:rPr>
        <w:t>condițiile</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stabilite</w:t>
      </w:r>
      <w:proofErr w:type="spellEnd"/>
      <w:r w:rsidRPr="00925B34">
        <w:rPr>
          <w:rFonts w:ascii="Times New Roman" w:eastAsia="serif" w:hAnsi="Times New Roman" w:cs="Times New Roman"/>
          <w:shd w:val="clear" w:color="auto" w:fill="FFFFFF"/>
        </w:rPr>
        <w:t xml:space="preserve"> in </w:t>
      </w:r>
      <w:proofErr w:type="spellStart"/>
      <w:r w:rsidRPr="00925B34">
        <w:rPr>
          <w:rFonts w:ascii="Times New Roman" w:eastAsia="serif" w:hAnsi="Times New Roman" w:cs="Times New Roman"/>
          <w:shd w:val="clear" w:color="auto" w:fill="FFFFFF"/>
        </w:rPr>
        <w:t>procedurile</w:t>
      </w:r>
      <w:proofErr w:type="spellEnd"/>
      <w:r w:rsidRPr="00925B34">
        <w:rPr>
          <w:rFonts w:ascii="Times New Roman" w:eastAsia="serif" w:hAnsi="Times New Roman" w:cs="Times New Roman"/>
          <w:shd w:val="clear" w:color="auto" w:fill="FFFFFF"/>
        </w:rPr>
        <w:t xml:space="preserve"> de </w:t>
      </w:r>
      <w:proofErr w:type="spellStart"/>
      <w:r w:rsidRPr="00925B34">
        <w:rPr>
          <w:rFonts w:ascii="Times New Roman" w:eastAsia="serif" w:hAnsi="Times New Roman" w:cs="Times New Roman"/>
          <w:shd w:val="clear" w:color="auto" w:fill="FFFFFF"/>
        </w:rPr>
        <w:t>lucru</w:t>
      </w:r>
      <w:proofErr w:type="spellEnd"/>
      <w:r w:rsidRPr="00925B34">
        <w:rPr>
          <w:rFonts w:ascii="Times New Roman" w:eastAsia="serif" w:hAnsi="Times New Roman" w:cs="Times New Roman"/>
          <w:shd w:val="clear" w:color="auto" w:fill="FFFFFF"/>
        </w:rPr>
        <w:t>;</w:t>
      </w:r>
    </w:p>
    <w:p w:rsidR="00925B34" w:rsidRPr="00925B34" w:rsidRDefault="00925B34" w:rsidP="00925B34">
      <w:pPr>
        <w:pStyle w:val="Listcumarcatori"/>
        <w:rPr>
          <w:rFonts w:ascii="Times New Roman" w:hAnsi="Times New Roman" w:cs="Times New Roman"/>
        </w:rPr>
      </w:pPr>
      <w:r w:rsidRPr="00925B34">
        <w:rPr>
          <w:rFonts w:ascii="Times New Roman" w:eastAsia="serif" w:hAnsi="Times New Roman" w:cs="Times New Roman"/>
          <w:shd w:val="clear" w:color="auto" w:fill="FFFFFF"/>
          <w:lang w:val="ro-RO"/>
        </w:rPr>
        <w:t xml:space="preserve">- </w:t>
      </w:r>
      <w:proofErr w:type="spellStart"/>
      <w:r w:rsidRPr="00925B34">
        <w:rPr>
          <w:rFonts w:ascii="Times New Roman" w:eastAsia="serif" w:hAnsi="Times New Roman" w:cs="Times New Roman"/>
          <w:shd w:val="clear" w:color="auto" w:fill="FFFFFF"/>
        </w:rPr>
        <w:t>să</w:t>
      </w:r>
      <w:proofErr w:type="spellEnd"/>
      <w:r w:rsidRPr="00925B34">
        <w:rPr>
          <w:rFonts w:ascii="Times New Roman" w:eastAsia="serif" w:hAnsi="Times New Roman" w:cs="Times New Roman"/>
          <w:shd w:val="clear" w:color="auto" w:fill="FFFFFF"/>
        </w:rPr>
        <w:t xml:space="preserve"> nu divulge </w:t>
      </w:r>
      <w:proofErr w:type="spellStart"/>
      <w:r w:rsidRPr="00925B34">
        <w:rPr>
          <w:rFonts w:ascii="Times New Roman" w:eastAsia="serif" w:hAnsi="Times New Roman" w:cs="Times New Roman"/>
          <w:shd w:val="clear" w:color="auto" w:fill="FFFFFF"/>
        </w:rPr>
        <w:t>datele</w:t>
      </w:r>
      <w:proofErr w:type="spellEnd"/>
      <w:r w:rsidRPr="00925B34">
        <w:rPr>
          <w:rFonts w:ascii="Times New Roman" w:eastAsia="serif" w:hAnsi="Times New Roman" w:cs="Times New Roman"/>
          <w:shd w:val="clear" w:color="auto" w:fill="FFFFFF"/>
        </w:rPr>
        <w:t xml:space="preserve"> cu </w:t>
      </w:r>
      <w:proofErr w:type="spellStart"/>
      <w:r w:rsidRPr="00925B34">
        <w:rPr>
          <w:rFonts w:ascii="Times New Roman" w:eastAsia="serif" w:hAnsi="Times New Roman" w:cs="Times New Roman"/>
          <w:shd w:val="clear" w:color="auto" w:fill="FFFFFF"/>
        </w:rPr>
        <w:t>caracter</w:t>
      </w:r>
      <w:proofErr w:type="spellEnd"/>
      <w:r w:rsidRPr="00925B34">
        <w:rPr>
          <w:rFonts w:ascii="Times New Roman" w:eastAsia="serif" w:hAnsi="Times New Roman" w:cs="Times New Roman"/>
          <w:shd w:val="clear" w:color="auto" w:fill="FFFFFF"/>
        </w:rPr>
        <w:t xml:space="preserve"> personal la care are </w:t>
      </w:r>
      <w:proofErr w:type="spellStart"/>
      <w:r w:rsidRPr="00925B34">
        <w:rPr>
          <w:rFonts w:ascii="Times New Roman" w:eastAsia="serif" w:hAnsi="Times New Roman" w:cs="Times New Roman"/>
          <w:shd w:val="clear" w:color="auto" w:fill="FFFFFF"/>
        </w:rPr>
        <w:t>acces</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atât</w:t>
      </w:r>
      <w:proofErr w:type="spellEnd"/>
      <w:r w:rsidRPr="00925B34">
        <w:rPr>
          <w:rFonts w:ascii="Times New Roman" w:eastAsia="serif" w:hAnsi="Times New Roman" w:cs="Times New Roman"/>
          <w:shd w:val="clear" w:color="auto" w:fill="FFFFFF"/>
        </w:rPr>
        <w:t xml:space="preserve"> in mod </w:t>
      </w:r>
      <w:proofErr w:type="spellStart"/>
      <w:r w:rsidRPr="00925B34">
        <w:rPr>
          <w:rFonts w:ascii="Times New Roman" w:eastAsia="serif" w:hAnsi="Times New Roman" w:cs="Times New Roman"/>
          <w:shd w:val="clear" w:color="auto" w:fill="FFFFFF"/>
        </w:rPr>
        <w:t>nemijlocit</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cât</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si</w:t>
      </w:r>
      <w:proofErr w:type="spellEnd"/>
      <w:r w:rsidRPr="00925B34">
        <w:rPr>
          <w:rFonts w:ascii="Times New Roman" w:eastAsia="serif" w:hAnsi="Times New Roman" w:cs="Times New Roman"/>
          <w:shd w:val="clear" w:color="auto" w:fill="FFFFFF"/>
        </w:rPr>
        <w:t xml:space="preserve">, eventual, in mod </w:t>
      </w:r>
      <w:proofErr w:type="spellStart"/>
      <w:r w:rsidRPr="00925B34">
        <w:rPr>
          <w:rFonts w:ascii="Times New Roman" w:eastAsia="serif" w:hAnsi="Times New Roman" w:cs="Times New Roman"/>
          <w:shd w:val="clear" w:color="auto" w:fill="FFFFFF"/>
        </w:rPr>
        <w:t>mediat</w:t>
      </w:r>
      <w:proofErr w:type="spellEnd"/>
      <w:r w:rsidRPr="00925B34">
        <w:rPr>
          <w:rFonts w:ascii="Times New Roman" w:eastAsia="serif" w:hAnsi="Times New Roman" w:cs="Times New Roman"/>
          <w:shd w:val="clear" w:color="auto" w:fill="FFFFFF"/>
        </w:rPr>
        <w:t xml:space="preserve">, cu </w:t>
      </w:r>
      <w:proofErr w:type="spellStart"/>
      <w:r w:rsidRPr="00925B34">
        <w:rPr>
          <w:rFonts w:ascii="Times New Roman" w:eastAsia="serif" w:hAnsi="Times New Roman" w:cs="Times New Roman"/>
          <w:shd w:val="clear" w:color="auto" w:fill="FFFFFF"/>
        </w:rPr>
        <w:t>exceptia</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situatiilor</w:t>
      </w:r>
      <w:proofErr w:type="spellEnd"/>
      <w:r w:rsidRPr="00925B34">
        <w:rPr>
          <w:rFonts w:ascii="Times New Roman" w:eastAsia="serif" w:hAnsi="Times New Roman" w:cs="Times New Roman"/>
          <w:shd w:val="clear" w:color="auto" w:fill="FFFFFF"/>
        </w:rPr>
        <w:t xml:space="preserve"> in care </w:t>
      </w:r>
      <w:proofErr w:type="spellStart"/>
      <w:r w:rsidRPr="00925B34">
        <w:rPr>
          <w:rFonts w:ascii="Times New Roman" w:eastAsia="serif" w:hAnsi="Times New Roman" w:cs="Times New Roman"/>
          <w:shd w:val="clear" w:color="auto" w:fill="FFFFFF"/>
        </w:rPr>
        <w:t>comunicarea</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datelor</w:t>
      </w:r>
      <w:proofErr w:type="spellEnd"/>
      <w:r w:rsidRPr="00925B34">
        <w:rPr>
          <w:rFonts w:ascii="Times New Roman" w:eastAsia="serif" w:hAnsi="Times New Roman" w:cs="Times New Roman"/>
          <w:shd w:val="clear" w:color="auto" w:fill="FFFFFF"/>
        </w:rPr>
        <w:t xml:space="preserve"> cu </w:t>
      </w:r>
      <w:proofErr w:type="spellStart"/>
      <w:r w:rsidRPr="00925B34">
        <w:rPr>
          <w:rFonts w:ascii="Times New Roman" w:eastAsia="serif" w:hAnsi="Times New Roman" w:cs="Times New Roman"/>
          <w:shd w:val="clear" w:color="auto" w:fill="FFFFFF"/>
        </w:rPr>
        <w:t>caracter</w:t>
      </w:r>
      <w:proofErr w:type="spellEnd"/>
      <w:r w:rsidRPr="00925B34">
        <w:rPr>
          <w:rFonts w:ascii="Times New Roman" w:eastAsia="serif" w:hAnsi="Times New Roman" w:cs="Times New Roman"/>
          <w:shd w:val="clear" w:color="auto" w:fill="FFFFFF"/>
        </w:rPr>
        <w:t xml:space="preserve"> personal se </w:t>
      </w:r>
      <w:proofErr w:type="spellStart"/>
      <w:r w:rsidRPr="00925B34">
        <w:rPr>
          <w:rFonts w:ascii="Times New Roman" w:eastAsia="serif" w:hAnsi="Times New Roman" w:cs="Times New Roman"/>
          <w:shd w:val="clear" w:color="auto" w:fill="FFFFFF"/>
        </w:rPr>
        <w:t>regăseste</w:t>
      </w:r>
      <w:proofErr w:type="spellEnd"/>
      <w:r w:rsidRPr="00925B34">
        <w:rPr>
          <w:rFonts w:ascii="Times New Roman" w:eastAsia="serif" w:hAnsi="Times New Roman" w:cs="Times New Roman"/>
          <w:shd w:val="clear" w:color="auto" w:fill="FFFFFF"/>
        </w:rPr>
        <w:t xml:space="preserve"> in </w:t>
      </w:r>
      <w:proofErr w:type="spellStart"/>
      <w:r w:rsidRPr="00925B34">
        <w:rPr>
          <w:rFonts w:ascii="Times New Roman" w:eastAsia="serif" w:hAnsi="Times New Roman" w:cs="Times New Roman"/>
          <w:shd w:val="clear" w:color="auto" w:fill="FFFFFF"/>
        </w:rPr>
        <w:t>atributiile</w:t>
      </w:r>
      <w:proofErr w:type="spellEnd"/>
      <w:r w:rsidRPr="00925B34">
        <w:rPr>
          <w:rFonts w:ascii="Times New Roman" w:eastAsia="serif" w:hAnsi="Times New Roman" w:cs="Times New Roman"/>
          <w:shd w:val="clear" w:color="auto" w:fill="FFFFFF"/>
        </w:rPr>
        <w:t xml:space="preserve"> sale de </w:t>
      </w:r>
      <w:proofErr w:type="spellStart"/>
      <w:r w:rsidRPr="00925B34">
        <w:rPr>
          <w:rFonts w:ascii="Times New Roman" w:eastAsia="serif" w:hAnsi="Times New Roman" w:cs="Times New Roman"/>
          <w:shd w:val="clear" w:color="auto" w:fill="FFFFFF"/>
        </w:rPr>
        <w:t>serviciu</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sau</w:t>
      </w:r>
      <w:proofErr w:type="spellEnd"/>
      <w:r w:rsidRPr="00925B34">
        <w:rPr>
          <w:rFonts w:ascii="Times New Roman" w:eastAsia="serif" w:hAnsi="Times New Roman" w:cs="Times New Roman"/>
          <w:shd w:val="clear" w:color="auto" w:fill="FFFFFF"/>
        </w:rPr>
        <w:t xml:space="preserve"> a </w:t>
      </w:r>
      <w:proofErr w:type="spellStart"/>
      <w:r w:rsidRPr="00925B34">
        <w:rPr>
          <w:rFonts w:ascii="Times New Roman" w:eastAsia="serif" w:hAnsi="Times New Roman" w:cs="Times New Roman"/>
          <w:shd w:val="clear" w:color="auto" w:fill="FFFFFF"/>
        </w:rPr>
        <w:t>fost</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autorizată</w:t>
      </w:r>
      <w:proofErr w:type="spellEnd"/>
      <w:r w:rsidRPr="00925B34">
        <w:rPr>
          <w:rFonts w:ascii="Times New Roman" w:eastAsia="serif" w:hAnsi="Times New Roman" w:cs="Times New Roman"/>
          <w:shd w:val="clear" w:color="auto" w:fill="FFFFFF"/>
        </w:rPr>
        <w:t xml:space="preserve"> de </w:t>
      </w:r>
      <w:proofErr w:type="spellStart"/>
      <w:r w:rsidRPr="00925B34">
        <w:rPr>
          <w:rFonts w:ascii="Times New Roman" w:eastAsia="serif" w:hAnsi="Times New Roman" w:cs="Times New Roman"/>
          <w:shd w:val="clear" w:color="auto" w:fill="FFFFFF"/>
        </w:rPr>
        <w:t>către</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superiorul</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sau</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ierarhic</w:t>
      </w:r>
      <w:proofErr w:type="spellEnd"/>
      <w:r w:rsidRPr="00925B34">
        <w:rPr>
          <w:rFonts w:ascii="Times New Roman" w:eastAsia="serif" w:hAnsi="Times New Roman" w:cs="Times New Roman"/>
          <w:shd w:val="clear" w:color="auto" w:fill="FFFFFF"/>
        </w:rPr>
        <w:t>;</w:t>
      </w:r>
    </w:p>
    <w:p w:rsidR="00925B34" w:rsidRPr="00925B34" w:rsidRDefault="00925B34" w:rsidP="00925B34">
      <w:pPr>
        <w:pStyle w:val="Listcumarcatori"/>
        <w:rPr>
          <w:rFonts w:ascii="Times New Roman" w:hAnsi="Times New Roman" w:cs="Times New Roman"/>
        </w:rPr>
      </w:pPr>
      <w:r w:rsidRPr="00925B34">
        <w:rPr>
          <w:rFonts w:ascii="Times New Roman" w:eastAsia="serif" w:hAnsi="Times New Roman" w:cs="Times New Roman"/>
          <w:shd w:val="clear" w:color="auto" w:fill="FFFFFF"/>
          <w:lang w:val="ro-RO"/>
        </w:rPr>
        <w:t xml:space="preserve">- </w:t>
      </w:r>
      <w:proofErr w:type="spellStart"/>
      <w:r w:rsidRPr="00925B34">
        <w:rPr>
          <w:rFonts w:ascii="Times New Roman" w:eastAsia="serif" w:hAnsi="Times New Roman" w:cs="Times New Roman"/>
          <w:shd w:val="clear" w:color="auto" w:fill="FFFFFF"/>
        </w:rPr>
        <w:t>să</w:t>
      </w:r>
      <w:proofErr w:type="spellEnd"/>
      <w:r w:rsidRPr="00925B34">
        <w:rPr>
          <w:rFonts w:ascii="Times New Roman" w:eastAsia="serif" w:hAnsi="Times New Roman" w:cs="Times New Roman"/>
          <w:shd w:val="clear" w:color="auto" w:fill="FFFFFF"/>
        </w:rPr>
        <w:t xml:space="preserve"> nu </w:t>
      </w:r>
      <w:proofErr w:type="spellStart"/>
      <w:r w:rsidRPr="00925B34">
        <w:rPr>
          <w:rFonts w:ascii="Times New Roman" w:eastAsia="serif" w:hAnsi="Times New Roman" w:cs="Times New Roman"/>
          <w:shd w:val="clear" w:color="auto" w:fill="FFFFFF"/>
        </w:rPr>
        <w:t>copieze</w:t>
      </w:r>
      <w:proofErr w:type="spellEnd"/>
      <w:r w:rsidRPr="00925B34">
        <w:rPr>
          <w:rFonts w:ascii="Times New Roman" w:eastAsia="serif" w:hAnsi="Times New Roman" w:cs="Times New Roman"/>
          <w:shd w:val="clear" w:color="auto" w:fill="FFFFFF"/>
        </w:rPr>
        <w:t xml:space="preserve"> pe </w:t>
      </w:r>
      <w:proofErr w:type="spellStart"/>
      <w:r w:rsidRPr="00925B34">
        <w:rPr>
          <w:rFonts w:ascii="Times New Roman" w:eastAsia="serif" w:hAnsi="Times New Roman" w:cs="Times New Roman"/>
          <w:shd w:val="clear" w:color="auto" w:fill="FFFFFF"/>
        </w:rPr>
        <w:t>suport</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fizic</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niciun</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fel</w:t>
      </w:r>
      <w:proofErr w:type="spellEnd"/>
      <w:r w:rsidRPr="00925B34">
        <w:rPr>
          <w:rFonts w:ascii="Times New Roman" w:eastAsia="serif" w:hAnsi="Times New Roman" w:cs="Times New Roman"/>
          <w:shd w:val="clear" w:color="auto" w:fill="FFFFFF"/>
        </w:rPr>
        <w:t xml:space="preserve"> de date cu </w:t>
      </w:r>
      <w:proofErr w:type="spellStart"/>
      <w:r w:rsidRPr="00925B34">
        <w:rPr>
          <w:rFonts w:ascii="Times New Roman" w:eastAsia="serif" w:hAnsi="Times New Roman" w:cs="Times New Roman"/>
          <w:shd w:val="clear" w:color="auto" w:fill="FFFFFF"/>
        </w:rPr>
        <w:t>caracter</w:t>
      </w:r>
      <w:proofErr w:type="spellEnd"/>
      <w:r w:rsidRPr="00925B34">
        <w:rPr>
          <w:rFonts w:ascii="Times New Roman" w:eastAsia="serif" w:hAnsi="Times New Roman" w:cs="Times New Roman"/>
          <w:shd w:val="clear" w:color="auto" w:fill="FFFFFF"/>
        </w:rPr>
        <w:t xml:space="preserve"> personal </w:t>
      </w:r>
      <w:proofErr w:type="spellStart"/>
      <w:r w:rsidRPr="00925B34">
        <w:rPr>
          <w:rFonts w:ascii="Times New Roman" w:eastAsia="serif" w:hAnsi="Times New Roman" w:cs="Times New Roman"/>
          <w:shd w:val="clear" w:color="auto" w:fill="FFFFFF"/>
        </w:rPr>
        <w:t>disponibile</w:t>
      </w:r>
      <w:proofErr w:type="spellEnd"/>
      <w:r w:rsidRPr="00925B34">
        <w:rPr>
          <w:rFonts w:ascii="Times New Roman" w:eastAsia="serif" w:hAnsi="Times New Roman" w:cs="Times New Roman"/>
          <w:shd w:val="clear" w:color="auto" w:fill="FFFFFF"/>
        </w:rPr>
        <w:t xml:space="preserve"> in </w:t>
      </w:r>
      <w:proofErr w:type="spellStart"/>
      <w:r w:rsidRPr="00925B34">
        <w:rPr>
          <w:rFonts w:ascii="Times New Roman" w:eastAsia="serif" w:hAnsi="Times New Roman" w:cs="Times New Roman"/>
          <w:shd w:val="clear" w:color="auto" w:fill="FFFFFF"/>
        </w:rPr>
        <w:t>sistemele</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informatice</w:t>
      </w:r>
      <w:proofErr w:type="spellEnd"/>
      <w:r w:rsidRPr="00925B34">
        <w:rPr>
          <w:rFonts w:ascii="Times New Roman" w:eastAsia="serif" w:hAnsi="Times New Roman" w:cs="Times New Roman"/>
          <w:shd w:val="clear" w:color="auto" w:fill="FFFFFF"/>
        </w:rPr>
        <w:t xml:space="preserve"> ale </w:t>
      </w:r>
      <w:r w:rsidRPr="00925B34">
        <w:rPr>
          <w:rFonts w:ascii="Times New Roman" w:eastAsia="serif" w:hAnsi="Times New Roman" w:cs="Times New Roman"/>
          <w:shd w:val="clear" w:color="auto" w:fill="FFFFFF"/>
          <w:lang w:val="ro-RO"/>
        </w:rPr>
        <w:t>spitalului</w:t>
      </w:r>
      <w:r w:rsidRPr="00925B34">
        <w:rPr>
          <w:rFonts w:ascii="Times New Roman" w:eastAsia="serif" w:hAnsi="Times New Roman" w:cs="Times New Roman"/>
          <w:shd w:val="clear" w:color="auto" w:fill="FFFFFF"/>
        </w:rPr>
        <w:t xml:space="preserve">, cu </w:t>
      </w:r>
      <w:proofErr w:type="spellStart"/>
      <w:r w:rsidRPr="00925B34">
        <w:rPr>
          <w:rFonts w:ascii="Times New Roman" w:eastAsia="serif" w:hAnsi="Times New Roman" w:cs="Times New Roman"/>
          <w:shd w:val="clear" w:color="auto" w:fill="FFFFFF"/>
        </w:rPr>
        <w:t>excepția</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situatiilor</w:t>
      </w:r>
      <w:proofErr w:type="spellEnd"/>
      <w:r w:rsidRPr="00925B34">
        <w:rPr>
          <w:rFonts w:ascii="Times New Roman" w:eastAsia="serif" w:hAnsi="Times New Roman" w:cs="Times New Roman"/>
          <w:shd w:val="clear" w:color="auto" w:fill="FFFFFF"/>
        </w:rPr>
        <w:t xml:space="preserve"> in care </w:t>
      </w:r>
      <w:proofErr w:type="spellStart"/>
      <w:r w:rsidRPr="00925B34">
        <w:rPr>
          <w:rFonts w:ascii="Times New Roman" w:eastAsia="serif" w:hAnsi="Times New Roman" w:cs="Times New Roman"/>
          <w:shd w:val="clear" w:color="auto" w:fill="FFFFFF"/>
        </w:rPr>
        <w:t>această</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activitate</w:t>
      </w:r>
      <w:proofErr w:type="spellEnd"/>
      <w:r w:rsidRPr="00925B34">
        <w:rPr>
          <w:rFonts w:ascii="Times New Roman" w:eastAsia="serif" w:hAnsi="Times New Roman" w:cs="Times New Roman"/>
          <w:shd w:val="clear" w:color="auto" w:fill="FFFFFF"/>
        </w:rPr>
        <w:t xml:space="preserve"> se </w:t>
      </w:r>
      <w:proofErr w:type="spellStart"/>
      <w:r w:rsidRPr="00925B34">
        <w:rPr>
          <w:rFonts w:ascii="Times New Roman" w:eastAsia="serif" w:hAnsi="Times New Roman" w:cs="Times New Roman"/>
          <w:shd w:val="clear" w:color="auto" w:fill="FFFFFF"/>
        </w:rPr>
        <w:t>regăseste</w:t>
      </w:r>
      <w:proofErr w:type="spellEnd"/>
      <w:r w:rsidRPr="00925B34">
        <w:rPr>
          <w:rFonts w:ascii="Times New Roman" w:eastAsia="serif" w:hAnsi="Times New Roman" w:cs="Times New Roman"/>
          <w:shd w:val="clear" w:color="auto" w:fill="FFFFFF"/>
        </w:rPr>
        <w:t xml:space="preserve"> in </w:t>
      </w:r>
      <w:proofErr w:type="spellStart"/>
      <w:r w:rsidRPr="00925B34">
        <w:rPr>
          <w:rFonts w:ascii="Times New Roman" w:eastAsia="serif" w:hAnsi="Times New Roman" w:cs="Times New Roman"/>
          <w:shd w:val="clear" w:color="auto" w:fill="FFFFFF"/>
        </w:rPr>
        <w:t>atributiile</w:t>
      </w:r>
      <w:proofErr w:type="spellEnd"/>
      <w:r w:rsidRPr="00925B34">
        <w:rPr>
          <w:rFonts w:ascii="Times New Roman" w:eastAsia="serif" w:hAnsi="Times New Roman" w:cs="Times New Roman"/>
          <w:shd w:val="clear" w:color="auto" w:fill="FFFFFF"/>
        </w:rPr>
        <w:t xml:space="preserve"> sale de </w:t>
      </w:r>
      <w:proofErr w:type="spellStart"/>
      <w:r w:rsidRPr="00925B34">
        <w:rPr>
          <w:rFonts w:ascii="Times New Roman" w:eastAsia="serif" w:hAnsi="Times New Roman" w:cs="Times New Roman"/>
          <w:shd w:val="clear" w:color="auto" w:fill="FFFFFF"/>
        </w:rPr>
        <w:t>serviciu</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sau</w:t>
      </w:r>
      <w:proofErr w:type="spellEnd"/>
      <w:r w:rsidRPr="00925B34">
        <w:rPr>
          <w:rFonts w:ascii="Times New Roman" w:eastAsia="serif" w:hAnsi="Times New Roman" w:cs="Times New Roman"/>
          <w:shd w:val="clear" w:color="auto" w:fill="FFFFFF"/>
        </w:rPr>
        <w:t xml:space="preserve"> a </w:t>
      </w:r>
      <w:proofErr w:type="spellStart"/>
      <w:r w:rsidRPr="00925B34">
        <w:rPr>
          <w:rFonts w:ascii="Times New Roman" w:eastAsia="serif" w:hAnsi="Times New Roman" w:cs="Times New Roman"/>
          <w:shd w:val="clear" w:color="auto" w:fill="FFFFFF"/>
        </w:rPr>
        <w:t>fost</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autorizată</w:t>
      </w:r>
      <w:proofErr w:type="spellEnd"/>
      <w:r w:rsidRPr="00925B34">
        <w:rPr>
          <w:rFonts w:ascii="Times New Roman" w:eastAsia="serif" w:hAnsi="Times New Roman" w:cs="Times New Roman"/>
          <w:shd w:val="clear" w:color="auto" w:fill="FFFFFF"/>
        </w:rPr>
        <w:t xml:space="preserve"> de </w:t>
      </w:r>
      <w:proofErr w:type="spellStart"/>
      <w:r w:rsidRPr="00925B34">
        <w:rPr>
          <w:rFonts w:ascii="Times New Roman" w:eastAsia="serif" w:hAnsi="Times New Roman" w:cs="Times New Roman"/>
          <w:shd w:val="clear" w:color="auto" w:fill="FFFFFF"/>
        </w:rPr>
        <w:t>către</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superiorul</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sau</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ierarhic</w:t>
      </w:r>
      <w:proofErr w:type="spellEnd"/>
      <w:r w:rsidRPr="00925B34">
        <w:rPr>
          <w:rFonts w:ascii="Times New Roman" w:eastAsia="serif" w:hAnsi="Times New Roman" w:cs="Times New Roman"/>
          <w:shd w:val="clear" w:color="auto" w:fill="FFFFFF"/>
        </w:rPr>
        <w:t>;</w:t>
      </w:r>
    </w:p>
    <w:p w:rsidR="00925B34" w:rsidRPr="00925B34" w:rsidRDefault="00925B34" w:rsidP="00925B34">
      <w:pPr>
        <w:pStyle w:val="Listcumarcatori"/>
        <w:rPr>
          <w:rFonts w:ascii="Times New Roman" w:eastAsia="serif" w:hAnsi="Times New Roman" w:cs="Times New Roman"/>
          <w:b/>
          <w:bCs/>
        </w:rPr>
      </w:pPr>
      <w:r w:rsidRPr="00925B34">
        <w:rPr>
          <w:rFonts w:ascii="Times New Roman" w:eastAsia="serif" w:hAnsi="Times New Roman" w:cs="Times New Roman"/>
          <w:shd w:val="clear" w:color="auto" w:fill="FFFFFF"/>
          <w:lang w:val="ro-RO"/>
        </w:rPr>
        <w:t xml:space="preserve">- </w:t>
      </w:r>
      <w:proofErr w:type="spellStart"/>
      <w:r w:rsidRPr="00925B34">
        <w:rPr>
          <w:rFonts w:ascii="Times New Roman" w:eastAsia="serif" w:hAnsi="Times New Roman" w:cs="Times New Roman"/>
          <w:shd w:val="clear" w:color="auto" w:fill="FFFFFF"/>
        </w:rPr>
        <w:t>să</w:t>
      </w:r>
      <w:proofErr w:type="spellEnd"/>
      <w:r w:rsidRPr="00925B34">
        <w:rPr>
          <w:rFonts w:ascii="Times New Roman" w:eastAsia="serif" w:hAnsi="Times New Roman" w:cs="Times New Roman"/>
          <w:shd w:val="clear" w:color="auto" w:fill="FFFFFF"/>
        </w:rPr>
        <w:t xml:space="preserve"> nu </w:t>
      </w:r>
      <w:proofErr w:type="spellStart"/>
      <w:r w:rsidRPr="00925B34">
        <w:rPr>
          <w:rFonts w:ascii="Times New Roman" w:eastAsia="serif" w:hAnsi="Times New Roman" w:cs="Times New Roman"/>
          <w:shd w:val="clear" w:color="auto" w:fill="FFFFFF"/>
        </w:rPr>
        <w:t>transmita</w:t>
      </w:r>
      <w:proofErr w:type="spellEnd"/>
      <w:r w:rsidRPr="00925B34">
        <w:rPr>
          <w:rFonts w:ascii="Times New Roman" w:eastAsia="serif" w:hAnsi="Times New Roman" w:cs="Times New Roman"/>
          <w:shd w:val="clear" w:color="auto" w:fill="FFFFFF"/>
        </w:rPr>
        <w:t xml:space="preserve"> pe </w:t>
      </w:r>
      <w:proofErr w:type="spellStart"/>
      <w:r w:rsidRPr="00925B34">
        <w:rPr>
          <w:rFonts w:ascii="Times New Roman" w:eastAsia="serif" w:hAnsi="Times New Roman" w:cs="Times New Roman"/>
          <w:shd w:val="clear" w:color="auto" w:fill="FFFFFF"/>
        </w:rPr>
        <w:t>suport</w:t>
      </w:r>
      <w:proofErr w:type="spellEnd"/>
      <w:r w:rsidRPr="00925B34">
        <w:rPr>
          <w:rFonts w:ascii="Times New Roman" w:eastAsia="serif" w:hAnsi="Times New Roman" w:cs="Times New Roman"/>
          <w:shd w:val="clear" w:color="auto" w:fill="FFFFFF"/>
        </w:rPr>
        <w:t xml:space="preserve"> informatic </w:t>
      </w:r>
      <w:proofErr w:type="spellStart"/>
      <w:r w:rsidRPr="00925B34">
        <w:rPr>
          <w:rFonts w:ascii="Times New Roman" w:eastAsia="serif" w:hAnsi="Times New Roman" w:cs="Times New Roman"/>
          <w:shd w:val="clear" w:color="auto" w:fill="FFFFFF"/>
        </w:rPr>
        <w:t>si</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nici</w:t>
      </w:r>
      <w:proofErr w:type="spellEnd"/>
      <w:r w:rsidRPr="00925B34">
        <w:rPr>
          <w:rFonts w:ascii="Times New Roman" w:eastAsia="serif" w:hAnsi="Times New Roman" w:cs="Times New Roman"/>
          <w:shd w:val="clear" w:color="auto" w:fill="FFFFFF"/>
        </w:rPr>
        <w:t xml:space="preserve"> pe un </w:t>
      </w:r>
      <w:proofErr w:type="spellStart"/>
      <w:r w:rsidRPr="00925B34">
        <w:rPr>
          <w:rFonts w:ascii="Times New Roman" w:eastAsia="serif" w:hAnsi="Times New Roman" w:cs="Times New Roman"/>
          <w:shd w:val="clear" w:color="auto" w:fill="FFFFFF"/>
        </w:rPr>
        <w:t>altfel</w:t>
      </w:r>
      <w:proofErr w:type="spellEnd"/>
      <w:r w:rsidRPr="00925B34">
        <w:rPr>
          <w:rFonts w:ascii="Times New Roman" w:eastAsia="serif" w:hAnsi="Times New Roman" w:cs="Times New Roman"/>
          <w:shd w:val="clear" w:color="auto" w:fill="FFFFFF"/>
        </w:rPr>
        <w:t xml:space="preserve"> de </w:t>
      </w:r>
      <w:proofErr w:type="spellStart"/>
      <w:r w:rsidRPr="00925B34">
        <w:rPr>
          <w:rFonts w:ascii="Times New Roman" w:eastAsia="serif" w:hAnsi="Times New Roman" w:cs="Times New Roman"/>
          <w:shd w:val="clear" w:color="auto" w:fill="FFFFFF"/>
        </w:rPr>
        <w:t>suport</w:t>
      </w:r>
      <w:proofErr w:type="spellEnd"/>
      <w:r w:rsidRPr="00925B34">
        <w:rPr>
          <w:rFonts w:ascii="Times New Roman" w:eastAsia="serif" w:hAnsi="Times New Roman" w:cs="Times New Roman"/>
          <w:shd w:val="clear" w:color="auto" w:fill="FFFFFF"/>
        </w:rPr>
        <w:t xml:space="preserve"> date cu </w:t>
      </w:r>
      <w:proofErr w:type="spellStart"/>
      <w:r w:rsidRPr="00925B34">
        <w:rPr>
          <w:rFonts w:ascii="Times New Roman" w:eastAsia="serif" w:hAnsi="Times New Roman" w:cs="Times New Roman"/>
          <w:shd w:val="clear" w:color="auto" w:fill="FFFFFF"/>
        </w:rPr>
        <w:t>caracter</w:t>
      </w:r>
      <w:proofErr w:type="spellEnd"/>
      <w:r w:rsidRPr="00925B34">
        <w:rPr>
          <w:rFonts w:ascii="Times New Roman" w:eastAsia="serif" w:hAnsi="Times New Roman" w:cs="Times New Roman"/>
          <w:shd w:val="clear" w:color="auto" w:fill="FFFFFF"/>
        </w:rPr>
        <w:t xml:space="preserve"> personal </w:t>
      </w:r>
      <w:proofErr w:type="spellStart"/>
      <w:r w:rsidRPr="00925B34">
        <w:rPr>
          <w:rFonts w:ascii="Times New Roman" w:eastAsia="serif" w:hAnsi="Times New Roman" w:cs="Times New Roman"/>
          <w:shd w:val="clear" w:color="auto" w:fill="FFFFFF"/>
        </w:rPr>
        <w:t>către</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sisteme</w:t>
      </w:r>
      <w:proofErr w:type="spellEnd"/>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informatice</w:t>
      </w:r>
      <w:proofErr w:type="spellEnd"/>
      <w:r w:rsidRPr="00925B34">
        <w:rPr>
          <w:rFonts w:ascii="Times New Roman" w:eastAsia="serif" w:hAnsi="Times New Roman" w:cs="Times New Roman"/>
          <w:shd w:val="clear" w:color="auto" w:fill="FFFFFF"/>
        </w:rPr>
        <w:t xml:space="preserve"> care nu se </w:t>
      </w:r>
      <w:proofErr w:type="spellStart"/>
      <w:r w:rsidRPr="00925B34">
        <w:rPr>
          <w:rFonts w:ascii="Times New Roman" w:eastAsia="serif" w:hAnsi="Times New Roman" w:cs="Times New Roman"/>
          <w:shd w:val="clear" w:color="auto" w:fill="FFFFFF"/>
        </w:rPr>
        <w:t>afla</w:t>
      </w:r>
      <w:proofErr w:type="spellEnd"/>
      <w:r w:rsidRPr="00925B34">
        <w:rPr>
          <w:rFonts w:ascii="Times New Roman" w:eastAsia="serif" w:hAnsi="Times New Roman" w:cs="Times New Roman"/>
          <w:shd w:val="clear" w:color="auto" w:fill="FFFFFF"/>
        </w:rPr>
        <w:t xml:space="preserve"> sub </w:t>
      </w:r>
      <w:proofErr w:type="spellStart"/>
      <w:r w:rsidRPr="00925B34">
        <w:rPr>
          <w:rFonts w:ascii="Times New Roman" w:eastAsia="serif" w:hAnsi="Times New Roman" w:cs="Times New Roman"/>
          <w:shd w:val="clear" w:color="auto" w:fill="FFFFFF"/>
        </w:rPr>
        <w:t>controlul</w:t>
      </w:r>
      <w:proofErr w:type="spellEnd"/>
      <w:r w:rsidRPr="00925B34">
        <w:rPr>
          <w:rFonts w:ascii="Times New Roman" w:eastAsia="serif" w:hAnsi="Times New Roman" w:cs="Times New Roman"/>
          <w:shd w:val="clear" w:color="auto" w:fill="FFFFFF"/>
        </w:rPr>
        <w:t xml:space="preserve"> </w:t>
      </w:r>
      <w:r w:rsidRPr="00925B34">
        <w:rPr>
          <w:rFonts w:ascii="Times New Roman" w:eastAsia="serif" w:hAnsi="Times New Roman" w:cs="Times New Roman"/>
          <w:shd w:val="clear" w:color="auto" w:fill="FFFFFF"/>
          <w:lang w:val="ro-RO"/>
        </w:rPr>
        <w:t>spitalului</w:t>
      </w:r>
      <w:r w:rsidRPr="00925B34">
        <w:rPr>
          <w:rFonts w:ascii="Times New Roman" w:eastAsia="serif" w:hAnsi="Times New Roman" w:cs="Times New Roman"/>
          <w:shd w:val="clear" w:color="auto" w:fill="FFFFFF"/>
        </w:rPr>
        <w:t xml:space="preserve"> </w:t>
      </w:r>
      <w:proofErr w:type="spellStart"/>
      <w:r w:rsidRPr="00925B34">
        <w:rPr>
          <w:rFonts w:ascii="Times New Roman" w:eastAsia="serif" w:hAnsi="Times New Roman" w:cs="Times New Roman"/>
          <w:shd w:val="clear" w:color="auto" w:fill="FFFFFF"/>
        </w:rPr>
        <w:t>sau</w:t>
      </w:r>
      <w:proofErr w:type="spellEnd"/>
      <w:r w:rsidRPr="00925B34">
        <w:rPr>
          <w:rFonts w:ascii="Times New Roman" w:eastAsia="serif" w:hAnsi="Times New Roman" w:cs="Times New Roman"/>
          <w:shd w:val="clear" w:color="auto" w:fill="FFFFFF"/>
        </w:rPr>
        <w:t xml:space="preserve"> care sunt </w:t>
      </w:r>
      <w:proofErr w:type="spellStart"/>
      <w:r w:rsidRPr="00925B34">
        <w:rPr>
          <w:rFonts w:ascii="Times New Roman" w:eastAsia="serif" w:hAnsi="Times New Roman" w:cs="Times New Roman"/>
          <w:shd w:val="clear" w:color="auto" w:fill="FFFFFF"/>
        </w:rPr>
        <w:t>accesibile</w:t>
      </w:r>
      <w:proofErr w:type="spellEnd"/>
      <w:r w:rsidRPr="00925B34">
        <w:rPr>
          <w:rFonts w:ascii="Times New Roman" w:eastAsia="serif" w:hAnsi="Times New Roman" w:cs="Times New Roman"/>
          <w:shd w:val="clear" w:color="auto" w:fill="FFFFFF"/>
        </w:rPr>
        <w:t xml:space="preserve"> in </w:t>
      </w:r>
      <w:proofErr w:type="spellStart"/>
      <w:r w:rsidRPr="00925B34">
        <w:rPr>
          <w:rFonts w:ascii="Times New Roman" w:eastAsia="serif" w:hAnsi="Times New Roman" w:cs="Times New Roman"/>
          <w:shd w:val="clear" w:color="auto" w:fill="FFFFFF"/>
        </w:rPr>
        <w:t>afara</w:t>
      </w:r>
      <w:proofErr w:type="spellEnd"/>
      <w:r w:rsidRPr="00925B34">
        <w:rPr>
          <w:rFonts w:ascii="Times New Roman" w:eastAsia="serif" w:hAnsi="Times New Roman" w:cs="Times New Roman"/>
          <w:shd w:val="clear" w:color="auto" w:fill="FFFFFF"/>
        </w:rPr>
        <w:t xml:space="preserve"> </w:t>
      </w:r>
      <w:r w:rsidRPr="00925B34">
        <w:rPr>
          <w:rFonts w:ascii="Times New Roman" w:eastAsia="serif" w:hAnsi="Times New Roman" w:cs="Times New Roman"/>
          <w:shd w:val="clear" w:color="auto" w:fill="FFFFFF"/>
          <w:lang w:val="ro-RO"/>
        </w:rPr>
        <w:t>spitalului</w:t>
      </w:r>
      <w:r w:rsidRPr="00925B34">
        <w:rPr>
          <w:rFonts w:ascii="Times New Roman" w:eastAsia="serif" w:hAnsi="Times New Roman" w:cs="Times New Roman"/>
          <w:shd w:val="clear" w:color="auto" w:fill="FFFFFF"/>
        </w:rPr>
        <w:t>.</w:t>
      </w:r>
    </w:p>
    <w:p w:rsidR="00925B34" w:rsidRPr="00925B34" w:rsidRDefault="00925B34" w:rsidP="00925B34">
      <w:pPr>
        <w:pStyle w:val="Listcumarcatori"/>
        <w:numPr>
          <w:ilvl w:val="0"/>
          <w:numId w:val="0"/>
        </w:numPr>
        <w:ind w:left="360"/>
        <w:rPr>
          <w:rFonts w:ascii="Times New Roman" w:eastAsia="SimSun" w:hAnsi="Times New Roman" w:cs="Times New Roman"/>
        </w:rPr>
      </w:pPr>
    </w:p>
    <w:p w:rsidR="00925B34" w:rsidRPr="00925B34" w:rsidRDefault="00925B34" w:rsidP="00925B34">
      <w:pPr>
        <w:pStyle w:val="Listcumarcatori"/>
        <w:rPr>
          <w:rFonts w:ascii="Times New Roman" w:hAnsi="Times New Roman" w:cs="Times New Roman"/>
          <w:lang w:val="ro-RO"/>
        </w:rPr>
      </w:pPr>
      <w:r w:rsidRPr="00925B34">
        <w:rPr>
          <w:rFonts w:ascii="Times New Roman" w:hAnsi="Times New Roman" w:cs="Times New Roman"/>
          <w:lang w:val="ro-RO"/>
        </w:rPr>
        <w:t xml:space="preserve"> În </w:t>
      </w:r>
      <w:proofErr w:type="spellStart"/>
      <w:r w:rsidRPr="00925B34">
        <w:rPr>
          <w:rFonts w:ascii="Times New Roman" w:hAnsi="Times New Roman" w:cs="Times New Roman"/>
          <w:lang w:val="ro-RO"/>
        </w:rPr>
        <w:t>funcţie</w:t>
      </w:r>
      <w:proofErr w:type="spellEnd"/>
      <w:r w:rsidRPr="00925B34">
        <w:rPr>
          <w:rFonts w:ascii="Times New Roman" w:hAnsi="Times New Roman" w:cs="Times New Roman"/>
          <w:lang w:val="ro-RO"/>
        </w:rPr>
        <w:t xml:space="preserve"> de nevoile specifice ale </w:t>
      </w:r>
      <w:proofErr w:type="spellStart"/>
      <w:r w:rsidRPr="00925B34">
        <w:rPr>
          <w:rFonts w:ascii="Times New Roman" w:hAnsi="Times New Roman" w:cs="Times New Roman"/>
          <w:lang w:val="ro-RO"/>
        </w:rPr>
        <w:t>unităţii</w:t>
      </w:r>
      <w:proofErr w:type="spellEnd"/>
      <w:r w:rsidRPr="00925B34">
        <w:rPr>
          <w:rFonts w:ascii="Times New Roman" w:hAnsi="Times New Roman" w:cs="Times New Roman"/>
          <w:lang w:val="ro-RO"/>
        </w:rPr>
        <w:t xml:space="preserve"> salariatul se obligă să îndeplinească </w:t>
      </w:r>
      <w:proofErr w:type="spellStart"/>
      <w:r w:rsidRPr="00925B34">
        <w:rPr>
          <w:rFonts w:ascii="Times New Roman" w:hAnsi="Times New Roman" w:cs="Times New Roman"/>
          <w:lang w:val="ro-RO"/>
        </w:rPr>
        <w:t>şi</w:t>
      </w:r>
      <w:proofErr w:type="spellEnd"/>
      <w:r w:rsidRPr="00925B34">
        <w:rPr>
          <w:rFonts w:ascii="Times New Roman" w:hAnsi="Times New Roman" w:cs="Times New Roman"/>
          <w:lang w:val="ro-RO"/>
        </w:rPr>
        <w:t xml:space="preserve"> alte sarcini repartizate de conducerea </w:t>
      </w:r>
      <w:proofErr w:type="spellStart"/>
      <w:r w:rsidRPr="00925B34">
        <w:rPr>
          <w:rFonts w:ascii="Times New Roman" w:hAnsi="Times New Roman" w:cs="Times New Roman"/>
          <w:lang w:val="ro-RO"/>
        </w:rPr>
        <w:t>unităţii</w:t>
      </w:r>
      <w:proofErr w:type="spellEnd"/>
      <w:r w:rsidRPr="00925B34">
        <w:rPr>
          <w:rFonts w:ascii="Times New Roman" w:hAnsi="Times New Roman" w:cs="Times New Roman"/>
          <w:lang w:val="ro-RO"/>
        </w:rPr>
        <w:t xml:space="preserve"> în </w:t>
      </w:r>
      <w:proofErr w:type="spellStart"/>
      <w:r w:rsidRPr="00925B34">
        <w:rPr>
          <w:rFonts w:ascii="Times New Roman" w:hAnsi="Times New Roman" w:cs="Times New Roman"/>
          <w:lang w:val="ro-RO"/>
        </w:rPr>
        <w:t>condiţiile</w:t>
      </w:r>
      <w:proofErr w:type="spellEnd"/>
      <w:r w:rsidRPr="00925B34">
        <w:rPr>
          <w:rFonts w:ascii="Times New Roman" w:hAnsi="Times New Roman" w:cs="Times New Roman"/>
          <w:lang w:val="ro-RO"/>
        </w:rPr>
        <w:t xml:space="preserve"> legii.</w:t>
      </w:r>
    </w:p>
    <w:p w:rsidR="00925B34" w:rsidRPr="00925B34" w:rsidRDefault="00925B34" w:rsidP="00925B34">
      <w:pPr>
        <w:pStyle w:val="Listcumarcatori"/>
        <w:rPr>
          <w:rFonts w:ascii="Times New Roman" w:hAnsi="Times New Roman" w:cs="Times New Roman"/>
          <w:lang w:val="ro-RO"/>
        </w:rPr>
      </w:pPr>
    </w:p>
    <w:p w:rsidR="00925B34" w:rsidRPr="00925B34" w:rsidRDefault="00925B34" w:rsidP="00925B34">
      <w:pPr>
        <w:pStyle w:val="Listcumarcatori"/>
        <w:rPr>
          <w:rFonts w:ascii="Times New Roman" w:hAnsi="Times New Roman" w:cs="Times New Roman"/>
          <w:lang w:val="ro-RO"/>
        </w:rPr>
      </w:pPr>
      <w:r w:rsidRPr="00925B34">
        <w:rPr>
          <w:rFonts w:ascii="Times New Roman" w:hAnsi="Times New Roman" w:cs="Times New Roman"/>
          <w:lang w:val="ro-RO"/>
        </w:rPr>
        <w:t>Fișa postului este valabilă pe întreaga perioadă de desfășurare a contractului de muncă, putând fi reînnoita în cazul apariției unor noi reglementări legale sau ori de câte ori este necesar.</w:t>
      </w:r>
    </w:p>
    <w:p w:rsidR="00925B34" w:rsidRPr="00925B34" w:rsidRDefault="00925B34" w:rsidP="00925B34">
      <w:pPr>
        <w:pStyle w:val="Listcumarcatori"/>
        <w:rPr>
          <w:rFonts w:ascii="Times New Roman" w:hAnsi="Times New Roman" w:cs="Times New Roman"/>
        </w:rPr>
      </w:pPr>
      <w:r w:rsidRPr="00925B34">
        <w:rPr>
          <w:rFonts w:ascii="Times New Roman" w:hAnsi="Times New Roman" w:cs="Times New Roman"/>
          <w:lang w:val="ro-RO"/>
        </w:rPr>
        <w:t>Anexă la</w:t>
      </w:r>
      <w:r w:rsidRPr="00925B34">
        <w:rPr>
          <w:rFonts w:ascii="Times New Roman" w:hAnsi="Times New Roman" w:cs="Times New Roman"/>
        </w:rPr>
        <w:t xml:space="preserve"> </w:t>
      </w:r>
      <w:r w:rsidRPr="00925B34">
        <w:rPr>
          <w:rFonts w:ascii="Times New Roman" w:hAnsi="Times New Roman" w:cs="Times New Roman"/>
          <w:lang w:val="ro-RO"/>
        </w:rPr>
        <w:t>C</w:t>
      </w:r>
      <w:proofErr w:type="spellStart"/>
      <w:r w:rsidRPr="00925B34">
        <w:rPr>
          <w:rFonts w:ascii="Times New Roman" w:hAnsi="Times New Roman" w:cs="Times New Roman"/>
        </w:rPr>
        <w:t>ontractul</w:t>
      </w:r>
      <w:proofErr w:type="spellEnd"/>
      <w:r w:rsidRPr="00925B34">
        <w:rPr>
          <w:rFonts w:ascii="Times New Roman" w:hAnsi="Times New Roman" w:cs="Times New Roman"/>
        </w:rPr>
        <w:t xml:space="preserve"> individual de </w:t>
      </w:r>
      <w:proofErr w:type="spellStart"/>
      <w:r w:rsidRPr="00925B34">
        <w:rPr>
          <w:rFonts w:ascii="Times New Roman" w:hAnsi="Times New Roman" w:cs="Times New Roman"/>
        </w:rPr>
        <w:t>muncă</w:t>
      </w:r>
      <w:proofErr w:type="spellEnd"/>
      <w:r w:rsidRPr="00925B34">
        <w:rPr>
          <w:rFonts w:ascii="Times New Roman" w:hAnsi="Times New Roman" w:cs="Times New Roman"/>
          <w:lang w:val="ro-RO"/>
        </w:rPr>
        <w:t xml:space="preserve"> nr.  din </w:t>
      </w:r>
    </w:p>
    <w:p w:rsidR="00925B34" w:rsidRPr="00925B34" w:rsidRDefault="00925B34" w:rsidP="00925B34">
      <w:pPr>
        <w:pStyle w:val="Listcumarcatori"/>
        <w:rPr>
          <w:rFonts w:ascii="Times New Roman" w:hAnsi="Times New Roman" w:cs="Times New Roman"/>
        </w:rPr>
      </w:pPr>
      <w:proofErr w:type="spellStart"/>
      <w:r w:rsidRPr="00925B34">
        <w:rPr>
          <w:rFonts w:ascii="Times New Roman" w:hAnsi="Times New Roman" w:cs="Times New Roman"/>
        </w:rPr>
        <w:t>Condiţii</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privind</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sănătatea</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şi</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securitatea</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în</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muncă</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potrivit</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Legii</w:t>
      </w:r>
      <w:proofErr w:type="spellEnd"/>
      <w:r w:rsidRPr="00925B34">
        <w:rPr>
          <w:rFonts w:ascii="Times New Roman" w:hAnsi="Times New Roman" w:cs="Times New Roman"/>
        </w:rPr>
        <w:t xml:space="preserve"> nr.319/2006.</w:t>
      </w:r>
    </w:p>
    <w:p w:rsidR="00925B34" w:rsidRPr="00925B34" w:rsidRDefault="00925B34" w:rsidP="00925B34">
      <w:pPr>
        <w:pStyle w:val="Listcumarcatori"/>
        <w:rPr>
          <w:rFonts w:ascii="Times New Roman" w:hAnsi="Times New Roman" w:cs="Times New Roman"/>
          <w:lang w:val="ro-RO"/>
        </w:rPr>
      </w:pPr>
      <w:proofErr w:type="spellStart"/>
      <w:r w:rsidRPr="00925B34">
        <w:rPr>
          <w:rFonts w:ascii="Times New Roman" w:hAnsi="Times New Roman" w:cs="Times New Roman"/>
        </w:rPr>
        <w:t>Salarizarea</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şi</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alte</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drepturi</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salariale</w:t>
      </w:r>
      <w:proofErr w:type="spellEnd"/>
      <w:r w:rsidRPr="00925B34">
        <w:rPr>
          <w:rFonts w:ascii="Times New Roman" w:hAnsi="Times New Roman" w:cs="Times New Roman"/>
          <w:lang w:val="ro-RO"/>
        </w:rPr>
        <w:t xml:space="preserve"> - Legea - cadru 153 din 2017</w:t>
      </w:r>
    </w:p>
    <w:p w:rsidR="00925B34" w:rsidRPr="00925B34" w:rsidRDefault="00925B34" w:rsidP="00925B34">
      <w:pPr>
        <w:pStyle w:val="Listcumarcatori"/>
        <w:rPr>
          <w:rFonts w:ascii="Times New Roman" w:hAnsi="Times New Roman" w:cs="Times New Roman"/>
          <w:lang w:val="ro-RO"/>
        </w:rPr>
      </w:pPr>
      <w:r w:rsidRPr="00925B34">
        <w:rPr>
          <w:rFonts w:ascii="Times New Roman" w:hAnsi="Times New Roman" w:cs="Times New Roman"/>
          <w:lang w:val="ro-RO"/>
        </w:rPr>
        <w:t xml:space="preserve">  Timpul de lucru: 8 ore, conform graficului de lucru.</w:t>
      </w:r>
    </w:p>
    <w:p w:rsidR="00925B34" w:rsidRPr="00925B34" w:rsidRDefault="00925B34" w:rsidP="00925B34">
      <w:pPr>
        <w:pStyle w:val="Listcumarcatori"/>
        <w:rPr>
          <w:rFonts w:ascii="Times New Roman" w:hAnsi="Times New Roman" w:cs="Times New Roman"/>
          <w:color w:val="000000" w:themeColor="text1"/>
        </w:rPr>
      </w:pPr>
      <w:r w:rsidRPr="00925B34">
        <w:rPr>
          <w:rFonts w:ascii="Times New Roman" w:hAnsi="Times New Roman" w:cs="Times New Roman"/>
          <w:b/>
          <w:i/>
          <w:lang w:val="ro-RO"/>
        </w:rPr>
        <w:t xml:space="preserve">Criterii de evaluare: </w:t>
      </w:r>
      <w:r w:rsidRPr="00925B34">
        <w:rPr>
          <w:rFonts w:ascii="Times New Roman" w:hAnsi="Times New Roman" w:cs="Times New Roman"/>
          <w:lang w:val="ro-RO"/>
        </w:rPr>
        <w:t>sunt precizate în fisa de evaluare  conform sarcinilor specificate in fisa postului</w:t>
      </w:r>
    </w:p>
    <w:p w:rsidR="00075328" w:rsidRPr="00925B34" w:rsidRDefault="00075328">
      <w:pPr>
        <w:spacing w:after="480"/>
        <w:rPr>
          <w:rFonts w:ascii="Times New Roman" w:hAnsi="Times New Roman" w:cs="Times New Roman"/>
          <w:color w:val="000000" w:themeColor="text1"/>
        </w:rPr>
      </w:pPr>
    </w:p>
    <w:p w:rsidR="00075328" w:rsidRPr="00925B34" w:rsidRDefault="005E5AD0">
      <w:pPr>
        <w:spacing w:after="480"/>
        <w:rPr>
          <w:rFonts w:ascii="Times New Roman" w:hAnsi="Times New Roman" w:cs="Times New Roman"/>
          <w:color w:val="000000" w:themeColor="text1"/>
        </w:rPr>
      </w:pPr>
      <w:r w:rsidRPr="00925B34">
        <w:rPr>
          <w:rFonts w:ascii="Times New Roman" w:hAnsi="Times New Roman" w:cs="Times New Roman"/>
          <w:b/>
          <w:color w:val="000000" w:themeColor="text1"/>
        </w:rPr>
        <w:t>Luat la cunoștință de către angajat:</w:t>
      </w:r>
      <w:r w:rsidRPr="00925B34">
        <w:rPr>
          <w:rFonts w:ascii="Times New Roman" w:hAnsi="Times New Roman" w:cs="Times New Roman"/>
          <w:b/>
          <w:color w:val="000000" w:themeColor="text1"/>
        </w:rPr>
        <w:br/>
      </w:r>
      <w:r w:rsidRPr="00925B34">
        <w:rPr>
          <w:rFonts w:ascii="Times New Roman" w:hAnsi="Times New Roman" w:cs="Times New Roman"/>
          <w:b/>
          <w:color w:val="000000" w:themeColor="text1"/>
        </w:rPr>
        <w:br/>
      </w:r>
      <w:r w:rsidRPr="00925B34">
        <w:rPr>
          <w:rFonts w:ascii="Times New Roman" w:hAnsi="Times New Roman" w:cs="Times New Roman"/>
          <w:color w:val="000000" w:themeColor="text1"/>
        </w:rPr>
        <w:t>Nume și prenume: ________________________</w:t>
      </w:r>
      <w:r w:rsidRPr="00925B34">
        <w:rPr>
          <w:rFonts w:ascii="Times New Roman" w:hAnsi="Times New Roman" w:cs="Times New Roman"/>
          <w:color w:val="000000" w:themeColor="text1"/>
        </w:rPr>
        <w:br/>
        <w:t>Semnătura: _____________________________</w:t>
      </w:r>
      <w:r w:rsidRPr="00925B34">
        <w:rPr>
          <w:rFonts w:ascii="Times New Roman" w:hAnsi="Times New Roman" w:cs="Times New Roman"/>
          <w:color w:val="000000" w:themeColor="text1"/>
        </w:rPr>
        <w:br/>
        <w:t>Data: ____ / ____ / ________</w:t>
      </w:r>
    </w:p>
    <w:p w:rsidR="00075328" w:rsidRPr="00925B34" w:rsidRDefault="005E5AD0" w:rsidP="00925B34">
      <w:pPr>
        <w:ind w:left="720"/>
        <w:rPr>
          <w:rFonts w:ascii="Times New Roman" w:hAnsi="Times New Roman" w:cs="Times New Roman"/>
        </w:rPr>
      </w:pPr>
      <w:proofErr w:type="spellStart"/>
      <w:r w:rsidRPr="00925B34">
        <w:rPr>
          <w:rFonts w:ascii="Times New Roman" w:hAnsi="Times New Roman" w:cs="Times New Roman"/>
          <w:b/>
          <w:color w:val="000000" w:themeColor="text1"/>
        </w:rPr>
        <w:t>Aprobat</w:t>
      </w:r>
      <w:proofErr w:type="spellEnd"/>
      <w:r w:rsidRPr="00925B34">
        <w:rPr>
          <w:rFonts w:ascii="Times New Roman" w:hAnsi="Times New Roman" w:cs="Times New Roman"/>
          <w:b/>
          <w:color w:val="000000" w:themeColor="text1"/>
        </w:rPr>
        <w:t xml:space="preserve"> de (</w:t>
      </w:r>
      <w:proofErr w:type="spellStart"/>
      <w:r w:rsidRPr="00925B34">
        <w:rPr>
          <w:rFonts w:ascii="Times New Roman" w:hAnsi="Times New Roman" w:cs="Times New Roman"/>
          <w:b/>
          <w:color w:val="000000" w:themeColor="text1"/>
        </w:rPr>
        <w:t>Șef</w:t>
      </w:r>
      <w:proofErr w:type="spellEnd"/>
      <w:r w:rsidRPr="00925B34">
        <w:rPr>
          <w:rFonts w:ascii="Times New Roman" w:hAnsi="Times New Roman" w:cs="Times New Roman"/>
          <w:b/>
          <w:color w:val="000000" w:themeColor="text1"/>
        </w:rPr>
        <w:t xml:space="preserve"> </w:t>
      </w:r>
      <w:proofErr w:type="spellStart"/>
      <w:r w:rsidRPr="00925B34">
        <w:rPr>
          <w:rFonts w:ascii="Times New Roman" w:hAnsi="Times New Roman" w:cs="Times New Roman"/>
          <w:b/>
          <w:color w:val="000000" w:themeColor="text1"/>
        </w:rPr>
        <w:t>Ierarhic</w:t>
      </w:r>
      <w:proofErr w:type="spellEnd"/>
      <w:r w:rsidRPr="00925B34">
        <w:rPr>
          <w:rFonts w:ascii="Times New Roman" w:hAnsi="Times New Roman" w:cs="Times New Roman"/>
          <w:b/>
          <w:color w:val="000000" w:themeColor="text1"/>
        </w:rPr>
        <w:t xml:space="preserve"> / </w:t>
      </w:r>
      <w:r w:rsidR="00925B34" w:rsidRPr="00925B34">
        <w:rPr>
          <w:rFonts w:ascii="Times New Roman" w:hAnsi="Times New Roman" w:cs="Times New Roman"/>
          <w:b/>
          <w:color w:val="000000" w:themeColor="text1"/>
        </w:rPr>
        <w:t>Manager</w:t>
      </w:r>
      <w:r w:rsidRPr="00925B34">
        <w:rPr>
          <w:rFonts w:ascii="Times New Roman" w:hAnsi="Times New Roman" w:cs="Times New Roman"/>
          <w:b/>
          <w:color w:val="000000" w:themeColor="text1"/>
        </w:rPr>
        <w:t>):</w:t>
      </w:r>
      <w:r w:rsidRPr="00925B34">
        <w:rPr>
          <w:rFonts w:ascii="Times New Roman" w:hAnsi="Times New Roman" w:cs="Times New Roman"/>
          <w:b/>
          <w:color w:val="000000" w:themeColor="text1"/>
        </w:rPr>
        <w:br/>
      </w:r>
      <w:r w:rsidRPr="00925B34">
        <w:rPr>
          <w:rFonts w:ascii="Times New Roman" w:hAnsi="Times New Roman" w:cs="Times New Roman"/>
          <w:b/>
        </w:rPr>
        <w:br/>
      </w:r>
      <w:proofErr w:type="spellStart"/>
      <w:r w:rsidRPr="00925B34">
        <w:rPr>
          <w:rFonts w:ascii="Times New Roman" w:hAnsi="Times New Roman" w:cs="Times New Roman"/>
        </w:rPr>
        <w:t>Nume</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și</w:t>
      </w:r>
      <w:proofErr w:type="spellEnd"/>
      <w:r w:rsidRPr="00925B34">
        <w:rPr>
          <w:rFonts w:ascii="Times New Roman" w:hAnsi="Times New Roman" w:cs="Times New Roman"/>
        </w:rPr>
        <w:t xml:space="preserve"> </w:t>
      </w:r>
      <w:proofErr w:type="spellStart"/>
      <w:r w:rsidRPr="00925B34">
        <w:rPr>
          <w:rFonts w:ascii="Times New Roman" w:hAnsi="Times New Roman" w:cs="Times New Roman"/>
        </w:rPr>
        <w:t>prenume</w:t>
      </w:r>
      <w:proofErr w:type="spellEnd"/>
      <w:r w:rsidRPr="00925B34">
        <w:rPr>
          <w:rFonts w:ascii="Times New Roman" w:hAnsi="Times New Roman" w:cs="Times New Roman"/>
        </w:rPr>
        <w:t>: ________________________</w:t>
      </w:r>
      <w:r w:rsidRPr="00925B34">
        <w:rPr>
          <w:rFonts w:ascii="Times New Roman" w:hAnsi="Times New Roman" w:cs="Times New Roman"/>
        </w:rPr>
        <w:br/>
        <w:t>Semnătura: _____________________________</w:t>
      </w:r>
      <w:r w:rsidRPr="00925B34">
        <w:rPr>
          <w:rFonts w:ascii="Times New Roman" w:hAnsi="Times New Roman" w:cs="Times New Roman"/>
        </w:rPr>
        <w:br/>
        <w:t>Data: ____ / ____ / ________</w:t>
      </w:r>
    </w:p>
    <w:sectPr w:rsidR="00075328" w:rsidRPr="00925B34" w:rsidSect="00034616">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rif">
    <w:altName w:val="Segoe Print"/>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F5E285AA"/>
    <w:lvl w:ilvl="0">
      <w:start w:val="1"/>
      <w:numFmt w:val="bullet"/>
      <w:pStyle w:val="Listcumarcatori"/>
      <w:lvlText w:val=""/>
      <w:lvlJc w:val="left"/>
      <w:pPr>
        <w:tabs>
          <w:tab w:val="num" w:pos="360"/>
        </w:tabs>
        <w:ind w:left="360" w:hanging="360"/>
      </w:pPr>
      <w:rPr>
        <w:rFonts w:ascii="Symbol" w:hAnsi="Symbol" w:hint="default"/>
      </w:rPr>
    </w:lvl>
  </w:abstractNum>
  <w:abstractNum w:abstractNumId="9" w15:restartNumberingAfterBreak="0">
    <w:nsid w:val="604FA9D4"/>
    <w:multiLevelType w:val="singleLevel"/>
    <w:tmpl w:val="604FA9D4"/>
    <w:lvl w:ilvl="0">
      <w:start w:val="1"/>
      <w:numFmt w:val="decimal"/>
      <w:suff w:val="space"/>
      <w:lvlText w:val="%1."/>
      <w:lvlJc w:val="left"/>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5328"/>
    <w:rsid w:val="0015074B"/>
    <w:rsid w:val="0029639D"/>
    <w:rsid w:val="00326F90"/>
    <w:rsid w:val="00391068"/>
    <w:rsid w:val="00470DC0"/>
    <w:rsid w:val="005E5AD0"/>
    <w:rsid w:val="00661C49"/>
    <w:rsid w:val="006D23FE"/>
    <w:rsid w:val="00925B34"/>
    <w:rsid w:val="009331B0"/>
    <w:rsid w:val="00991A70"/>
    <w:rsid w:val="00AA1D8D"/>
    <w:rsid w:val="00B47730"/>
    <w:rsid w:val="00CB0664"/>
    <w:rsid w:val="00FC69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AB6577"/>
  <w15:docId w15:val="{F203ED5A-6475-4438-9644-B277ACF9C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WW8Num4z2">
    <w:name w:val="WW8Num4z2"/>
    <w:rsid w:val="00925B34"/>
    <w:rPr>
      <w:rFonts w:ascii="Wingdings" w:hAnsi="Wingding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85918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5CA55-38AE-4868-A35F-D42C6489F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2603</Words>
  <Characters>15100</Characters>
  <Application>Microsoft Office Word</Application>
  <DocSecurity>0</DocSecurity>
  <Lines>125</Lines>
  <Paragraphs>35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TIBERIU SPARCHEZ" TIBERIU SPARCHEZ"</cp:lastModifiedBy>
  <cp:revision>5</cp:revision>
  <dcterms:created xsi:type="dcterms:W3CDTF">2026-09-18T05:36:00Z</dcterms:created>
  <dcterms:modified xsi:type="dcterms:W3CDTF">2026-09-18T07:42:00Z</dcterms:modified>
</cp:coreProperties>
</file>